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</w:pPr>
      <w:r>
        <w:rPr>
          <w:lang w:eastAsia="ko-KR"/>
          <w:rFonts w:ascii="맑은 고딕" w:eastAsia="맑은 고딕" w:hAnsi="맑은 고딕"/>
          <w:b/>
          <w:sz w:val="50"/>
          <w:rtl w:val="off"/>
        </w:rPr>
        <w:t xml:space="preserve"> </w:t>
      </w:r>
      <w:r>
        <w:rPr>
          <w:rFonts w:ascii="맑은 고딕" w:eastAsia="맑은 고딕" w:hAnsi="맑은 고딕"/>
          <w:b/>
          <w:sz w:val="50"/>
        </w:rPr>
        <w:t>HANA Finder</w:t>
      </w:r>
      <w:r>
        <w:rPr>
          <w:b/>
          <w:sz w:val="34"/>
        </w:rPr>
        <w:t>지원서</w:t>
      </w:r>
    </w:p>
    <w:p>
      <w:pPr>
        <w:jc w:val="center"/>
        <w:rPr>
          <w:lang/>
          <w:sz w:val="21"/>
          <w:rtl w:val="off"/>
        </w:rPr>
      </w:pPr>
      <w:r>
        <w:rPr>
          <w:sz w:val="21"/>
        </w:rPr>
        <w:t>HANA Finder Financial Professional</w:t>
      </w:r>
    </w:p>
    <w:p>
      <w:pPr>
        <w:jc w:val="left"/>
      </w:pPr>
      <w:r>
        <w:rPr>
          <w:lang w:eastAsia="ko-KR"/>
          <w:rFonts w:ascii="맑은 고딕" w:eastAsia="맑은 고딕" w:hAnsi="맑은 고딕"/>
          <w:b/>
          <w:sz w:val="26"/>
          <w:rtl w:val="off"/>
        </w:rPr>
        <w:t>기본사항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</w:tblPr>
      <w:tblGrid>
        <w:gridCol w:w="2062"/>
        <w:gridCol w:w="2062"/>
        <w:gridCol w:w="2062"/>
        <w:gridCol w:w="2062"/>
        <w:gridCol w:w="206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9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shd w:val="clear" w:color="auto" w:fill="EAF3EE"/>
            <w:vAlign w:val="center"/>
          </w:tcPr>
          <w:p>
            <w:r>
              <w:rPr>
                <w:rFonts w:ascii="맑은 고딕" w:eastAsia="맑은 고딕" w:hAnsi="맑은 고딕"/>
                <w:b/>
                <w:sz w:val="21"/>
              </w:rPr>
              <w:t>이름</w:t>
            </w:r>
          </w:p>
        </w:tc>
        <w:tc>
          <w:tcPr>
            <w:tcW w:w="2062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62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lang w:eastAsia="ko-KR"/>
                <w:b/>
                <w:bCs/>
                <w:rtl w:val="off"/>
              </w:rPr>
              <w:t>생년월일</w:t>
            </w:r>
          </w:p>
        </w:tc>
        <w:tc>
          <w:tcPr>
            <w:tcW w:w="2062" w:type="dxa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</w:p>
        </w:tc>
        <w:tc>
          <w:tcPr>
            <w:tcW w:w="2062" w:type="dxa"/>
            <w:vMerge w:val="restart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sz w:val="18"/>
              </w:rPr>
              <w:t>3 × 4 cm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사진 부착</w:t>
            </w:r>
          </w:p>
        </w:tc>
      </w:tr>
      <w:tr>
        <w:trPr>
          <w:trHeight w:val="679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shd w:val="clear" w:color="auto" w:fill="EAF3EE"/>
            <w:vAlign w:val="center"/>
          </w:tcPr>
          <w:p>
            <w:r>
              <w:rPr>
                <w:rFonts w:ascii="맑은 고딕" w:eastAsia="맑은 고딕" w:hAnsi="맑은 고딕"/>
                <w:b/>
                <w:sz w:val="21"/>
              </w:rPr>
              <w:t>연락처</w:t>
            </w:r>
          </w:p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shd w:val="clear" w:color="auto" w:fill="EAF3EE"/>
            <w:vAlign w:val="center"/>
          </w:tcPr>
          <w:p>
            <w:pPr>
              <w:rPr>
                <w:b/>
                <w:bCs/>
              </w:rPr>
            </w:pPr>
            <w:r>
              <w:rPr>
                <w:lang w:eastAsia="ko-KR"/>
                <w:b/>
                <w:bCs/>
                <w:rtl w:val="off"/>
              </w:rPr>
              <w:t>이메일</w:t>
            </w:r>
          </w:p>
        </w:tc>
        <w:tc>
          <w:tcPr>
            <w:tcW w:w="2062" w:type="dxa"/>
            <w:vAlign w:val="center"/>
          </w:tcPr>
          <w:p>
            <w:pPr>
              <w:jc w:val="center"/>
            </w:pPr>
          </w:p>
        </w:tc>
        <w:tc>
          <w:tcPr>
            <w:tcW w:w="2062" w:type="dxa"/>
            <w:vMerge w:val="continue"/>
            <w:vAlign w:val="center"/>
          </w:tcPr>
          <w:p/>
        </w:tc>
      </w:tr>
      <w:tr>
        <w:trPr>
          <w:trHeight w:val="709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shd w:val="clear" w:color="auto" w:fill="EAF3EE"/>
            <w:vAlign w:val="center"/>
          </w:tcPr>
          <w:p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자택주소</w:t>
            </w:r>
          </w:p>
        </w:tc>
        <w:tc>
          <w:tcPr>
            <w:tcW w:w="6187" w:type="dxa"/>
            <w:gridSpan w:val="3"/>
            <w:vAlign w:val="center"/>
          </w:tcPr>
          <w:p/>
        </w:tc>
        <w:tc>
          <w:tcPr>
            <w:tcW w:w="2062" w:type="dxa"/>
            <w:vMerge w:val="continue"/>
            <w:vAlign w:val="center"/>
          </w:tcPr>
          <w:p/>
        </w:tc>
      </w:tr>
    </w:tbl>
    <w:p/>
    <w:p>
      <w:r>
        <w:rPr>
          <w:rFonts w:ascii="맑은 고딕" w:eastAsia="맑은 고딕" w:hAnsi="맑은 고딕"/>
          <w:b/>
          <w:sz w:val="26"/>
        </w:rPr>
        <w:t>학력사항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</w:tblPr>
      <w:tblGrid>
        <w:gridCol w:w="2578"/>
        <w:gridCol w:w="2578"/>
        <w:gridCol w:w="2578"/>
        <w:gridCol w:w="257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shd w:val="clear" w:color="auto" w:fill="EAF3EE"/>
            <w:vAlign w:val="center"/>
          </w:tcPr>
          <w:p>
            <w:pPr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기간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학교명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전공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재학/</w:t>
            </w:r>
            <w:r>
              <w:rPr>
                <w:rFonts w:ascii="맑은 고딕" w:eastAsia="맑은 고딕" w:hAnsi="맑은 고딕"/>
                <w:b/>
                <w:sz w:val="21"/>
              </w:rPr>
              <w:t>졸업/수료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</w:tcPr>
          <w:p/>
        </w:tc>
        <w:tc>
          <w:tcPr>
            <w:tcW w:w="2578" w:type="dxa"/>
          </w:tcPr>
          <w:p/>
        </w:tc>
        <w:tc>
          <w:tcPr>
            <w:tcW w:w="2578" w:type="dxa"/>
          </w:tcPr>
          <w:p/>
        </w:tc>
        <w:tc>
          <w:tcPr>
            <w:tcW w:w="2578" w:type="dxa"/>
          </w:tcPr>
          <w:p/>
        </w:tc>
      </w:tr>
    </w:tbl>
    <w:p/>
    <w:p>
      <w:r>
        <w:rPr>
          <w:rFonts w:ascii="맑은 고딕" w:eastAsia="맑은 고딕" w:hAnsi="맑은 고딕"/>
          <w:b/>
          <w:sz w:val="26"/>
        </w:rPr>
        <w:t>경력사항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</w:tblPr>
      <w:tblGrid>
        <w:gridCol w:w="2062"/>
        <w:gridCol w:w="2062"/>
        <w:gridCol w:w="2062"/>
        <w:gridCol w:w="2062"/>
        <w:gridCol w:w="206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shd w:val="clear" w:color="auto" w:fill="EAF3EE"/>
            <w:vAlign w:val="center"/>
          </w:tcPr>
          <w:p>
            <w:pPr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기간</w:t>
            </w:r>
          </w:p>
        </w:tc>
        <w:tc>
          <w:tcPr>
            <w:tcW w:w="2062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근무처</w:t>
            </w:r>
          </w:p>
        </w:tc>
        <w:tc>
          <w:tcPr>
            <w:tcW w:w="2062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근무</w:t>
            </w: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부서</w:t>
            </w:r>
          </w:p>
        </w:tc>
        <w:tc>
          <w:tcPr>
            <w:tcW w:w="2062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주요 업무</w:t>
            </w:r>
          </w:p>
        </w:tc>
        <w:tc>
          <w:tcPr>
            <w:tcW w:w="2062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연봉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>
            <w:pPr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>
            <w:pPr>
              <w:jc w:val="center"/>
            </w:pP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/>
        </w:tc>
        <w:tc>
          <w:tcPr>
            <w:tcW w:w="2062" w:type="dxa"/>
            <w:vAlign w:val="center"/>
          </w:tcPr>
          <w:p>
            <w:pPr>
              <w:jc w:val="center"/>
            </w:pPr>
          </w:p>
        </w:tc>
      </w:tr>
    </w:tbl>
    <w:p/>
    <w:p>
      <w:r>
        <w:rPr>
          <w:rFonts w:ascii="맑은 고딕" w:eastAsia="맑은 고딕" w:hAnsi="맑은 고딕"/>
          <w:b/>
          <w:sz w:val="26"/>
        </w:rPr>
        <w:t>자격사항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</w:tblPr>
      <w:tblGrid>
        <w:gridCol w:w="2578"/>
        <w:gridCol w:w="2578"/>
        <w:gridCol w:w="2578"/>
        <w:gridCol w:w="257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shd w:val="clear" w:color="auto" w:fill="EAF3EE"/>
            <w:vAlign w:val="center"/>
          </w:tcPr>
          <w:p>
            <w:pPr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취득일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자격</w:t>
            </w: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종류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발급기관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rFonts w:ascii="맑은 고딕" w:eastAsia="맑은 고딕" w:hAnsi="맑은 고딕"/>
                <w:b/>
                <w:sz w:val="21"/>
              </w:rPr>
              <w:t>비고</w:t>
            </w:r>
          </w:p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  <w:tc>
          <w:tcPr>
            <w:tcW w:w="2578" w:type="dxa"/>
            <w:vAlign w:val="center"/>
          </w:tcPr>
          <w:p/>
        </w:tc>
      </w:tr>
      <w:t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</w:tcPr>
          <w:p/>
        </w:tc>
        <w:tc>
          <w:tcPr>
            <w:tcW w:w="2578" w:type="dxa"/>
          </w:tcPr>
          <w:p/>
        </w:tc>
        <w:tc>
          <w:tcPr>
            <w:tcW w:w="2578" w:type="dxa"/>
          </w:tcPr>
          <w:p/>
        </w:tc>
        <w:tc>
          <w:tcPr>
            <w:tcW w:w="2578" w:type="dxa"/>
          </w:tcPr>
          <w:p/>
        </w:tc>
      </w:tr>
    </w:tbl>
    <w:p>
      <w:pPr>
        <w:rPr>
          <w:lang w:eastAsia="ko-KR"/>
          <w:rFonts w:hint="eastAsia"/>
          <w:rtl w:val="off"/>
        </w:rPr>
      </w:pPr>
    </w:p>
    <w:p>
      <w:r>
        <w:rPr>
          <w:lang w:eastAsia="ko-KR"/>
          <w:rFonts w:ascii="맑은 고딕" w:eastAsia="맑은 고딕" w:hAnsi="맑은 고딕"/>
          <w:b/>
          <w:sz w:val="26"/>
          <w:rtl w:val="off"/>
        </w:rPr>
        <w:t>근무관련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</w:tblPr>
      <w:tblGrid>
        <w:gridCol w:w="2578"/>
        <w:gridCol w:w="2578"/>
        <w:gridCol w:w="2578"/>
        <w:gridCol w:w="257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shd w:val="clear" w:color="auto" w:fill="EAF3EE"/>
            <w:vAlign w:val="center"/>
          </w:tcPr>
          <w:p>
            <w:pPr>
              <w:jc w:val="center"/>
            </w:pP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출근 이동 소요시간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lang w:eastAsia="ko-KR"/>
                <w:rtl w:val="off"/>
              </w:rPr>
              <w:t>약       분</w:t>
            </w: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목표 연소득</w:t>
            </w:r>
          </w:p>
        </w:tc>
        <w:tc>
          <w:tcPr>
            <w:tcW w:w="2578" w:type="dxa"/>
            <w:shd w:val="clear" w:color="auto" w:fill="FFFFFF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</w:p>
        </w:tc>
      </w:tr>
    </w:tbl>
    <w:p>
      <w:pPr>
        <w:rPr>
          <w:lang/>
          <w:rtl w:val="off"/>
        </w:rPr>
      </w:pPr>
    </w:p>
    <w:p>
      <w:r>
        <w:rPr>
          <w:lang w:eastAsia="ko-KR"/>
          <w:rFonts w:ascii="맑은 고딕" w:eastAsia="맑은 고딕" w:hAnsi="맑은 고딕"/>
          <w:b/>
          <w:sz w:val="26"/>
          <w:rtl w:val="off"/>
        </w:rPr>
        <w:t>지원경로</w:t>
      </w:r>
    </w:p>
    <w:tbl>
      <w:tblPr>
        <w:tblStyle w:val="TableGrid"/>
        <w:tblW w:w="0" w:type="auto"/>
        <w:tblLook w:val="04A0" w:firstRow="1" w:lastRow="0" w:firstColumn="1" w:lastColumn="0" w:noHBand="0" w:noVBand="1"/>
        <w:jc w:val="center"/>
      </w:tblPr>
      <w:tblGrid>
        <w:gridCol w:w="2578"/>
        <w:gridCol w:w="2578"/>
        <w:gridCol w:w="2578"/>
        <w:gridCol w:w="257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8" w:type="dxa"/>
            <w:shd w:val="clear" w:color="auto" w:fill="EAF3EE"/>
            <w:vAlign w:val="center"/>
          </w:tcPr>
          <w:p>
            <w:pPr>
              <w:jc w:val="center"/>
            </w:pPr>
            <w:r>
              <w:rPr>
                <w:lang w:eastAsia="ko-KR"/>
                <w:b/>
                <w:bCs/>
                <w:rtl w:val="off"/>
              </w:rPr>
              <w:t>설명회 참석 경로</w:t>
            </w:r>
            <w:r>
              <w:rPr>
                <w:lang w:eastAsia="ko-KR"/>
                <w:rFonts w:hint="eastAsia"/>
                <w:b/>
                <w:bCs/>
                <w:rtl w:val="off"/>
              </w:rPr>
              <w:br/>
            </w:r>
            <w:r>
              <w:rPr>
                <w:lang w:eastAsia="ko-KR"/>
                <w:b/>
                <w:bCs/>
                <w:rtl w:val="off"/>
              </w:rPr>
              <w:t>(SNS,취업사이트 등)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</w:p>
        </w:tc>
        <w:tc>
          <w:tcPr>
            <w:tcW w:w="2578" w:type="dxa"/>
            <w:shd w:val="clear" w:color="auto" w:fill="EAF3EE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  <w:r>
              <w:rPr>
                <w:lang w:eastAsia="ko-KR"/>
                <w:rFonts w:ascii="맑은 고딕" w:eastAsia="맑은 고딕" w:hAnsi="맑은 고딕"/>
                <w:b/>
                <w:sz w:val="21"/>
                <w:rtl w:val="off"/>
              </w:rPr>
              <w:t>소개자 성함 (선택사항)</w:t>
            </w:r>
          </w:p>
        </w:tc>
        <w:tc>
          <w:tcPr>
            <w:tcW w:w="2578" w:type="dxa"/>
            <w:shd w:val="clear" w:color="auto" w:fill="FFFFFF"/>
            <w:vAlign w:val="center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jc w:val="center"/>
            </w:pPr>
          </w:p>
        </w:tc>
      </w:tr>
    </w:tbl>
    <w:p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2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7" w:hRule="atLeas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2" w:type="dxa"/>
            <w:shd w:val="clear" w:color="auto" w:fill="EAF3EE"/>
            <w:vAlign w:val="center"/>
          </w:tcPr>
          <w:p>
            <w:pPr>
              <w:jc w:val="left"/>
              <w:spacing w:after="0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지원동기</w:t>
            </w:r>
            <w:r>
              <w:rPr>
                <w:lang w:eastAsia="ko-KR"/>
                <w:b/>
                <w:sz w:val="24"/>
                <w:szCs w:val="24"/>
                <w:rtl w:val="off"/>
              </w:rPr>
              <w:t xml:space="preserve"> </w:t>
            </w:r>
            <w:r>
              <w:rPr>
                <w:lang w:eastAsia="ko-KR"/>
                <w:b w:val="0"/>
                <w:sz w:val="20"/>
                <w:szCs w:val="20"/>
                <w:rtl w:val="off"/>
              </w:rPr>
              <w:t>(500자 이하)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2" w:type="dxa"/>
          </w:tcPr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2" w:type="dxa"/>
            <w:shd w:val="clear" w:color="auto" w:fill="EAF3EE"/>
          </w:tcPr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  <w:r>
              <w:rPr>
                <w:lang w:eastAsia="ko-KR"/>
                <w:b/>
                <w:sz w:val="24"/>
                <w:szCs w:val="24"/>
                <w:rtl w:val="off"/>
              </w:rPr>
              <w:t>본인의 강점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2" w:type="dxa"/>
            <w:shd w:val="clear" w:color="auto" w:fill="auto"/>
          </w:tcPr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2" w:type="dxa"/>
            <w:shd w:val="clear" w:color="auto" w:fill="EAF3EE"/>
          </w:tcPr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  <w:r>
              <w:rPr>
                <w:lang w:eastAsia="ko-KR"/>
                <w:b/>
                <w:bCs/>
                <w:sz w:val="24"/>
                <w:szCs w:val="24"/>
                <w:rtl w:val="off"/>
              </w:rPr>
              <w:t>입사 후 본인의 목표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2" w:type="dxa"/>
            <w:shd w:val="clear" w:color="auto" w:fill="FFFFFF"/>
          </w:tcPr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  <w:p>
            <w:pPr>
              <w:spacing w:after="0"/>
              <w:rPr>
                <w:lang w:eastAsia="ko-KR"/>
                <w:rFonts w:hint="eastAsia"/>
                <w:sz w:val="20"/>
                <w:szCs w:val="20"/>
                <w:rtl w:val="off"/>
              </w:rPr>
            </w:pPr>
          </w:p>
        </w:tc>
      </w:tr>
    </w:tbl>
    <w:p/>
    <w:p>
      <w:pPr>
        <w:jc w:val="left"/>
        <w:rPr>
          <w:lang w:eastAsia="ko-KR"/>
          <w:rFonts w:hint="eastAsia"/>
          <w:sz w:val="21"/>
          <w:rtl w:val="off"/>
        </w:rPr>
      </w:pPr>
      <w:r>
        <w:rPr>
          <w:lang w:eastAsia="ko-KR"/>
          <w:rFonts w:hint="eastAsia"/>
          <w:sz w:val="21"/>
          <w:rtl w:val="off"/>
        </w:rPr>
        <w:t>개인정보 수집 및 이용에 대한 동의</w:t>
      </w:r>
    </w:p>
    <w:p>
      <w:pPr>
        <w:jc w:val="left"/>
        <w:rPr>
          <w:lang w:eastAsia="ko-KR"/>
          <w:rFonts w:hint="eastAsia"/>
          <w:sz w:val="21"/>
          <w:rtl w:val="off"/>
        </w:rPr>
      </w:pPr>
      <w:r>
        <w:rPr>
          <w:lang w:eastAsia="ko-KR"/>
          <w:rFonts w:hint="eastAsia"/>
          <w:sz w:val="21"/>
          <w:rtl w:val="off"/>
        </w:rPr>
        <w:t>- 개인정보 수집의 주체 : 하나금융파인드(주)</w:t>
      </w:r>
    </w:p>
    <w:p>
      <w:pPr>
        <w:jc w:val="left"/>
        <w:rPr>
          <w:lang w:eastAsia="ko-KR"/>
          <w:rFonts w:hint="eastAsia"/>
          <w:sz w:val="21"/>
          <w:rtl w:val="off"/>
        </w:rPr>
      </w:pPr>
      <w:r>
        <w:rPr>
          <w:lang w:eastAsia="ko-KR"/>
          <w:rFonts w:hint="eastAsia"/>
          <w:sz w:val="21"/>
          <w:rtl w:val="off"/>
        </w:rPr>
        <w:t>- 개인정보의 종류 : 성명, 생년월일, 연락처, 이메일, 자택주소 등</w:t>
      </w:r>
    </w:p>
    <w:p>
      <w:pPr>
        <w:jc w:val="left"/>
        <w:rPr>
          <w:lang w:eastAsia="ko-KR"/>
          <w:rFonts w:hint="eastAsia"/>
          <w:sz w:val="21"/>
          <w:rtl w:val="off"/>
        </w:rPr>
      </w:pPr>
      <w:r>
        <w:rPr>
          <w:lang w:eastAsia="ko-KR"/>
          <w:rFonts w:hint="eastAsia"/>
          <w:sz w:val="21"/>
          <w:rtl w:val="off"/>
        </w:rPr>
        <w:t>- 개인정보의 수집 및 이용 목적 : 귀사에 등록 지원과 관련하여 본인의 신용상태 및 자격 적부 판단을 위한 자료로서 활용하거나 공공기관에서 정책자료로 활용합니다.</w:t>
      </w:r>
    </w:p>
    <w:p>
      <w:pPr>
        <w:jc w:val="left"/>
        <w:rPr>
          <w:lang w:eastAsia="ko-KR"/>
          <w:rFonts w:hint="eastAsia"/>
          <w:sz w:val="21"/>
          <w:rtl w:val="off"/>
        </w:rPr>
      </w:pPr>
      <w:r>
        <w:rPr>
          <w:sz w:val="21"/>
        </w:rPr>
        <w:t>위 기재사항은 사실과 다름없</w:t>
      </w:r>
      <w:r>
        <w:rPr>
          <w:lang w:eastAsia="ko-KR"/>
          <w:sz w:val="21"/>
          <w:rtl w:val="off"/>
        </w:rPr>
        <w:t>으며 개인정보 제공 및 활용에 대해 동의합니다.</w:t>
      </w:r>
    </w:p>
    <w:p>
      <w:pPr>
        <w:jc w:val="left"/>
        <w:rPr>
          <w:lang w:eastAsia="ko-KR"/>
          <w:rFonts w:hint="eastAsia"/>
          <w:sz w:val="21"/>
          <w:rtl w:val="off"/>
        </w:rPr>
      </w:pPr>
    </w:p>
    <w:p>
      <w:pPr>
        <w:jc w:val="left"/>
        <w:rPr>
          <w:lang w:eastAsia="ko-KR"/>
          <w:rFonts w:hint="eastAsia"/>
          <w:sz w:val="21"/>
          <w:rtl w:val="off"/>
        </w:rPr>
      </w:pPr>
      <w:r>
        <w:rPr>
          <w:lang w:eastAsia="ko-KR"/>
          <w:sz w:val="21"/>
          <w:rtl w:val="off"/>
        </w:rPr>
        <w:t>별첨. 하나금융파인드_개인정보 동의서</w:t>
      </w:r>
    </w:p>
    <w:p>
      <w:pPr>
        <w:jc w:val="left"/>
        <w:rPr>
          <w:lang/>
          <w:sz w:val="21"/>
          <w:rtl w:val="off"/>
        </w:rPr>
      </w:pPr>
      <w:r>
        <w:rPr>
          <w:lang w:eastAsia="ko-KR"/>
          <w:sz w:val="21"/>
          <w:rtl w:val="off"/>
        </w:rPr>
        <w:t>* 추가 작성하여 제출해주셔야 최종 서류접수가 완료됩니다.</w:t>
      </w:r>
    </w:p>
    <w:p>
      <w:pPr>
        <w:jc w:val="left"/>
      </w:pPr>
    </w:p>
    <w:p>
      <w:pPr>
        <w:jc w:val="right"/>
      </w:pPr>
      <w:r>
        <w:rPr>
          <w:sz w:val="21"/>
        </w:rPr>
        <w:t>작성일 : 20      년      월      일</w:t>
      </w:r>
    </w:p>
    <w:p>
      <w:pPr>
        <w:jc w:val="right"/>
      </w:pPr>
      <w:r>
        <w:rPr>
          <w:sz w:val="21"/>
        </w:rPr>
        <w:t>지원자 : ____________________ (서명)</w:t>
      </w:r>
    </w:p>
    <w:sectPr>
      <w:pgSz w:w="12240" w:h="15840"/>
      <w:pgMar w:top="907" w:right="964" w:bottom="907" w:left="964" w:header="720" w:footer="720" w:gutter="0"/>
      <w:cols w:space="720"/>
      <w:docGrid w:linePitch="360"/>
      <w:headerReference w:type="default" r:id="rId1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charset w:val="00"/>
    <w:notTrueType w:val="false"/>
    <w:sig w:usb0="9000002F" w:usb1="29D77CFB" w:usb2="00000012" w:usb3="00000001" w:csb0="00080001" w:csb1="00000001"/>
  </w:font>
  <w:font w:name="Courier">
    <w:panose1 w:val="02000500FFFFFFFFFFFF"/>
    <w:family w:val="auto"/>
    <w:charset w:val="00"/>
    <w:notTrueType w:val="false"/>
    <w:pitch w:val="variable"/>
    <w:sig w:usb0="00000003" w:usb1="00000000" w:usb2="00000000" w:usb3="00000000" w:csb0="00000001" w:csb1="00000000"/>
  </w:font>
  <w:font w:name="Symbol">
    <w:panose1 w:val="05050102010706020507"/>
    <w:family w:val="auto"/>
    <w:charset w:val="02"/>
    <w:notTrueType w:val="false"/>
    <w:sig w:usb0="00000001" w:usb1="00000001" w:usb2="00000001" w:usb3="00000001" w:csb0="80000000" w:csb1="00000001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jc w:val="center"/>
    </w:pPr>
    <w:r>
      <w:rPr>
        <w:b/>
        <w:sz w:val="16"/>
      </w:rPr>
      <w:t>HANA Finder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  <w:jc w:val="right"/>
    </w:pPr>
    <w:r>
      <w:drawing>
        <wp:inline distT="0" distB="0" distL="0" distR="0">
          <wp:extent cx="1227646" cy="227267"/>
          <wp:effectExtent l="0" t="0" r="0" b="0"/>
          <wp:docPr id="2049" name="shape2049" hidden="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646" cy="2272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ffffff89"/>
    <w:multiLevelType w:val="singleLevel"/>
    <w:tmpl w:val="29761a62"/>
    <w:lvl w:ilvl="0">
      <w:start w:val="1"/>
      <w:numFmt w:val="bullet"/>
      <w:lvlText w:val=""/>
      <w:lvlJc w:val="left"/>
      <w:pStyle w:val="ListBullet"/>
      <w:pPr>
        <w:ind w:left="360" w:hanging="360"/>
        <w:tabs>
          <w:tab w:val="num" w:pos="360"/>
        </w:tabs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d1effd4"/>
    <w:lvl w:ilvl="0">
      <w:start w:val="1"/>
      <w:numFmt w:val="bullet"/>
      <w:lvlText w:val=""/>
      <w:lvlJc w:val="left"/>
      <w:pStyle w:val="ListBullet2"/>
      <w:pPr>
        <w:ind w:left="720" w:hanging="360"/>
        <w:tabs>
          <w:tab w:val="num" w:pos="720"/>
        </w:tabs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f3eafdec"/>
    <w:lvl w:ilvl="0">
      <w:start w:val="1"/>
      <w:numFmt w:val="bullet"/>
      <w:lvlText w:val=""/>
      <w:lvlJc w:val="left"/>
      <w:pStyle w:val="ListBullet3"/>
      <w:pPr>
        <w:ind w:left="1080" w:hanging="360"/>
        <w:tabs>
          <w:tab w:val="num" w:pos="1080"/>
        </w:tabs>
      </w:pPr>
      <w:rPr>
        <w:rFonts w:ascii="Symbol" w:hAnsi="Symbol" w:hint="default"/>
      </w:rPr>
    </w:lvl>
  </w:abstractNum>
  <w:abstractNum w:abstractNumId="3">
    <w:nsid w:val="ffffff88"/>
    <w:multiLevelType w:val="singleLevel"/>
    <w:tmpl w:val="d0a62b40"/>
    <w:lvl w:ilvl="0">
      <w:start w:val="1"/>
      <w:lvlText w:val="%1."/>
      <w:lvlJc w:val="left"/>
      <w:pStyle w:val="ListNumber"/>
      <w:pPr>
        <w:ind w:left="360" w:hanging="360"/>
        <w:tabs>
          <w:tab w:val="num" w:pos="360"/>
        </w:tabs>
      </w:pPr>
    </w:lvl>
  </w:abstractNum>
  <w:abstractNum w:abstractNumId="4">
    <w:nsid w:val="ffffff7f"/>
    <w:multiLevelType w:val="singleLevel"/>
    <w:tmpl w:val="38441652"/>
    <w:lvl w:ilvl="0">
      <w:start w:val="1"/>
      <w:lvlText w:val="%1."/>
      <w:lvlJc w:val="left"/>
      <w:pStyle w:val="ListNumber2"/>
      <w:pPr>
        <w:ind w:left="720" w:hanging="360"/>
        <w:tabs>
          <w:tab w:val="num" w:pos="720"/>
        </w:tabs>
      </w:pPr>
    </w:lvl>
  </w:abstractNum>
  <w:abstractNum w:abstractNumId="5">
    <w:nsid w:val="ffffff7e"/>
    <w:multiLevelType w:val="singleLevel"/>
    <w:tmpl w:val="fb12693a"/>
    <w:lvl w:ilvl="0">
      <w:start w:val="1"/>
      <w:lvlText w:val="%1."/>
      <w:lvlJc w:val="left"/>
      <w:pStyle w:val="ListNumber3"/>
      <w:pPr>
        <w:ind w:left="1080" w:hanging="360"/>
        <w:tabs>
          <w:tab w:val="num" w:pos="1080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val="bestFit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ja-JP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20482101"/>
    <w:lsdException w:name="toc 2" w:uiPriority="20482101"/>
    <w:lsdException w:name="toc 3" w:uiPriority="20482101"/>
    <w:lsdException w:name="toc 4" w:uiPriority="20482101"/>
    <w:lsdException w:name="toc 5" w:uiPriority="20482101"/>
    <w:lsdException w:name="toc 6" w:uiPriority="20482101"/>
    <w:lsdException w:name="toc 7" w:uiPriority="20482101"/>
    <w:lsdException w:name="toc 8" w:uiPriority="20482101"/>
    <w:lsdException w:name="toc 9" w:uiPriority="20482101"/>
    <w:lsdException w:name="caption" w:uiPriority="20481683" w:qFormat="1"/>
    <w:lsdException w:name="Title" w:semiHidden="0" w:uiPriority="25606" w:unhideWhenUsed="0" w:qFormat="1"/>
    <w:lsdException w:name="Default Paragraph Font" w:uiPriority="1"/>
    <w:lsdException w:name="Subtitle" w:semiHidden="0" w:uiPriority="25607" w:unhideWhenUsed="0" w:qFormat="1"/>
    <w:lsdException w:name="Strong" w:semiHidden="0" w:uiPriority="1388692" w:unhideWhenUsed="0" w:qFormat="1"/>
    <w:lsdException w:name="Emphasis" w:semiHidden="0" w:uiPriority="1283474" w:unhideWhenUsed="0" w:qFormat="1"/>
    <w:lsdException w:name="Table Grid" w:semiHidden="0" w:uiPriority="54159850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889230132" w:unhideWhenUsed="0"/>
    <w:lsdException w:name="Light List" w:semiHidden="0" w:uiPriority="889230133" w:unhideWhenUsed="0"/>
    <w:lsdException w:name="Light Grid" w:semiHidden="0" w:uiPriority="889230152" w:unhideWhenUsed="0"/>
    <w:lsdException w:name="Medium Shading 1" w:semiHidden="0" w:uiPriority="889230153" w:unhideWhenUsed="0"/>
    <w:lsdException w:name="Medium Shading 2" w:semiHidden="0" w:uiPriority="561202482" w:unhideWhenUsed="0"/>
    <w:lsdException w:name="Medium List 1" w:semiHidden="0" w:uiPriority="561202483" w:unhideWhenUsed="0"/>
    <w:lsdException w:name="Medium List 2" w:semiHidden="0" w:uiPriority="578822744" w:unhideWhenUsed="0"/>
    <w:lsdException w:name="Medium Grid 1" w:semiHidden="0" w:uiPriority="578822745" w:unhideWhenUsed="0"/>
    <w:lsdException w:name="Medium Grid 2" w:semiHidden="0" w:uiPriority="578823976" w:unhideWhenUsed="0"/>
    <w:lsdException w:name="Medium Grid 3" w:semiHidden="0" w:uiPriority="578823977" w:unhideWhenUsed="0"/>
    <w:lsdException w:name="Dark List" w:semiHidden="0" w:uiPriority="578844294" w:unhideWhenUsed="0"/>
    <w:lsdException w:name="Colorful Shading" w:semiHidden="0" w:uiPriority="578844295" w:unhideWhenUsed="0"/>
    <w:lsdException w:name="Colorful List" w:semiHidden="0" w:uiPriority="579242120" w:unhideWhenUsed="0"/>
    <w:lsdException w:name="Colorful Grid" w:semiHidden="0" w:uiPriority="579242121" w:unhideWhenUsed="0"/>
    <w:lsdException w:name="Light Shading Accent 1" w:semiHidden="0" w:uiPriority="889230132" w:unhideWhenUsed="0"/>
    <w:lsdException w:name="Light List Accent 1" w:semiHidden="0" w:uiPriority="889230133" w:unhideWhenUsed="0"/>
    <w:lsdException w:name="Light Grid Accent 1" w:semiHidden="0" w:uiPriority="889230152" w:unhideWhenUsed="0"/>
    <w:lsdException w:name="Medium Shading 1 Accent 1" w:semiHidden="0" w:uiPriority="889230153" w:unhideWhenUsed="0"/>
    <w:lsdException w:name="Medium Shading 2 Accent 1" w:semiHidden="0" w:uiPriority="561202482" w:unhideWhenUsed="0"/>
    <w:lsdException w:name="Medium List 1 Accent 1" w:semiHidden="0" w:uiPriority="561202483" w:unhideWhenUsed="0"/>
    <w:lsdException w:name="Revision" w:unhideWhenUsed="0"/>
    <w:lsdException w:name="List Paragraph" w:semiHidden="0" w:uiPriority="20481682" w:unhideWhenUsed="0" w:qFormat="1"/>
    <w:lsdException w:name="Quote" w:semiHidden="0" w:uiPriority="19232885" w:unhideWhenUsed="0" w:qFormat="1"/>
    <w:lsdException w:name="Intense Quote" w:semiHidden="0" w:uiPriority="19347798" w:unhideWhenUsed="0" w:qFormat="1"/>
    <w:lsdException w:name="Medium List 2 Accent 1" w:semiHidden="0" w:uiPriority="578822744" w:unhideWhenUsed="0"/>
    <w:lsdException w:name="Medium Grid 1 Accent 1" w:semiHidden="0" w:uiPriority="578822745" w:unhideWhenUsed="0"/>
    <w:lsdException w:name="Medium Grid 2 Accent 1" w:semiHidden="0" w:uiPriority="578823976" w:unhideWhenUsed="0"/>
    <w:lsdException w:name="Medium Grid 3 Accent 1" w:semiHidden="0" w:uiPriority="578823977" w:unhideWhenUsed="0"/>
    <w:lsdException w:name="Dark List Accent 1" w:semiHidden="0" w:uiPriority="578844294" w:unhideWhenUsed="0"/>
    <w:lsdException w:name="Colorful Shading Accent 1" w:semiHidden="0" w:uiPriority="578844295" w:unhideWhenUsed="0"/>
    <w:lsdException w:name="Colorful List Accent 1" w:semiHidden="0" w:uiPriority="579242120" w:unhideWhenUsed="0"/>
    <w:lsdException w:name="Colorful Grid Accent 1" w:semiHidden="0" w:uiPriority="579242121" w:unhideWhenUsed="0"/>
    <w:lsdException w:name="Light Shading Accent 2" w:semiHidden="0" w:uiPriority="889230132" w:unhideWhenUsed="0"/>
    <w:lsdException w:name="Light List Accent 2" w:semiHidden="0" w:uiPriority="889230133" w:unhideWhenUsed="0"/>
    <w:lsdException w:name="Light Grid Accent 2" w:semiHidden="0" w:uiPriority="889230152" w:unhideWhenUsed="0"/>
    <w:lsdException w:name="Medium Shading 1 Accent 2" w:semiHidden="0" w:uiPriority="889230153" w:unhideWhenUsed="0"/>
    <w:lsdException w:name="Medium Shading 2 Accent 2" w:semiHidden="0" w:uiPriority="561202482" w:unhideWhenUsed="0"/>
    <w:lsdException w:name="Medium List 1 Accent 2" w:semiHidden="0" w:uiPriority="561202483" w:unhideWhenUsed="0"/>
    <w:lsdException w:name="Medium List 2 Accent 2" w:semiHidden="0" w:uiPriority="578822744" w:unhideWhenUsed="0"/>
    <w:lsdException w:name="Medium Grid 1 Accent 2" w:semiHidden="0" w:uiPriority="578822745" w:unhideWhenUsed="0"/>
    <w:lsdException w:name="Medium Grid 2 Accent 2" w:semiHidden="0" w:uiPriority="578823976" w:unhideWhenUsed="0"/>
    <w:lsdException w:name="Medium Grid 3 Accent 2" w:semiHidden="0" w:uiPriority="578823977" w:unhideWhenUsed="0"/>
    <w:lsdException w:name="Dark List Accent 2" w:semiHidden="0" w:uiPriority="578844294" w:unhideWhenUsed="0"/>
    <w:lsdException w:name="Colorful Shading Accent 2" w:semiHidden="0" w:uiPriority="578844295" w:unhideWhenUsed="0"/>
    <w:lsdException w:name="Colorful List Accent 2" w:semiHidden="0" w:uiPriority="579242120" w:unhideWhenUsed="0"/>
    <w:lsdException w:name="Colorful Grid Accent 2" w:semiHidden="0" w:uiPriority="579242121" w:unhideWhenUsed="0"/>
    <w:lsdException w:name="Light Shading Accent 3" w:semiHidden="0" w:uiPriority="889230132" w:unhideWhenUsed="0"/>
    <w:lsdException w:name="Light List Accent 3" w:semiHidden="0" w:uiPriority="889230133" w:unhideWhenUsed="0"/>
    <w:lsdException w:name="Light Grid Accent 3" w:semiHidden="0" w:uiPriority="889230152" w:unhideWhenUsed="0"/>
    <w:lsdException w:name="Medium Shading 1 Accent 3" w:semiHidden="0" w:uiPriority="889230153" w:unhideWhenUsed="0"/>
    <w:lsdException w:name="Medium Shading 2 Accent 3" w:semiHidden="0" w:uiPriority="561202482" w:unhideWhenUsed="0"/>
    <w:lsdException w:name="Medium List 1 Accent 3" w:semiHidden="0" w:uiPriority="561202483" w:unhideWhenUsed="0"/>
    <w:lsdException w:name="Medium List 2 Accent 3" w:semiHidden="0" w:uiPriority="578822744" w:unhideWhenUsed="0"/>
    <w:lsdException w:name="Medium Grid 1 Accent 3" w:semiHidden="0" w:uiPriority="578822745" w:unhideWhenUsed="0"/>
    <w:lsdException w:name="Medium Grid 2 Accent 3" w:semiHidden="0" w:uiPriority="578823976" w:unhideWhenUsed="0"/>
    <w:lsdException w:name="Medium Grid 3 Accent 3" w:semiHidden="0" w:uiPriority="578823977" w:unhideWhenUsed="0"/>
    <w:lsdException w:name="Dark List Accent 3" w:semiHidden="0" w:uiPriority="578844294" w:unhideWhenUsed="0"/>
    <w:lsdException w:name="Colorful Shading Accent 3" w:semiHidden="0" w:uiPriority="578844295" w:unhideWhenUsed="0"/>
    <w:lsdException w:name="Colorful List Accent 3" w:semiHidden="0" w:uiPriority="579242120" w:unhideWhenUsed="0"/>
    <w:lsdException w:name="Colorful Grid Accent 3" w:semiHidden="0" w:uiPriority="579242121" w:unhideWhenUsed="0"/>
    <w:lsdException w:name="Light Shading Accent 4" w:semiHidden="0" w:uiPriority="889230132" w:unhideWhenUsed="0"/>
    <w:lsdException w:name="Light List Accent 4" w:semiHidden="0" w:uiPriority="889230133" w:unhideWhenUsed="0"/>
    <w:lsdException w:name="Light Grid Accent 4" w:semiHidden="0" w:uiPriority="889230152" w:unhideWhenUsed="0"/>
    <w:lsdException w:name="Medium Shading 1 Accent 4" w:semiHidden="0" w:uiPriority="889230153" w:unhideWhenUsed="0"/>
    <w:lsdException w:name="Medium Shading 2 Accent 4" w:semiHidden="0" w:uiPriority="561202482" w:unhideWhenUsed="0"/>
    <w:lsdException w:name="Medium List 1 Accent 4" w:semiHidden="0" w:uiPriority="561202483" w:unhideWhenUsed="0"/>
    <w:lsdException w:name="Medium List 2 Accent 4" w:semiHidden="0" w:uiPriority="578822744" w:unhideWhenUsed="0"/>
    <w:lsdException w:name="Medium Grid 1 Accent 4" w:semiHidden="0" w:uiPriority="578822745" w:unhideWhenUsed="0"/>
    <w:lsdException w:name="Medium Grid 2 Accent 4" w:semiHidden="0" w:uiPriority="578823976" w:unhideWhenUsed="0"/>
    <w:lsdException w:name="Medium Grid 3 Accent 4" w:semiHidden="0" w:uiPriority="578823977" w:unhideWhenUsed="0"/>
    <w:lsdException w:name="Dark List Accent 4" w:semiHidden="0" w:uiPriority="578844294" w:unhideWhenUsed="0"/>
    <w:lsdException w:name="Colorful Shading Accent 4" w:semiHidden="0" w:uiPriority="578844295" w:unhideWhenUsed="0"/>
    <w:lsdException w:name="Colorful List Accent 4" w:semiHidden="0" w:uiPriority="579242120" w:unhideWhenUsed="0"/>
    <w:lsdException w:name="Colorful Grid Accent 4" w:semiHidden="0" w:uiPriority="579242121" w:unhideWhenUsed="0"/>
    <w:lsdException w:name="Light Shading Accent 5" w:semiHidden="0" w:uiPriority="889230132" w:unhideWhenUsed="0"/>
    <w:lsdException w:name="Light List Accent 5" w:semiHidden="0" w:uiPriority="889230133" w:unhideWhenUsed="0"/>
    <w:lsdException w:name="Light Grid Accent 5" w:semiHidden="0" w:uiPriority="889230152" w:unhideWhenUsed="0"/>
    <w:lsdException w:name="Medium Shading 1 Accent 5" w:semiHidden="0" w:uiPriority="889230153" w:unhideWhenUsed="0"/>
    <w:lsdException w:name="Medium Shading 2 Accent 5" w:semiHidden="0" w:uiPriority="561202482" w:unhideWhenUsed="0"/>
    <w:lsdException w:name="Medium List 1 Accent 5" w:semiHidden="0" w:uiPriority="561202483" w:unhideWhenUsed="0"/>
    <w:lsdException w:name="Medium List 2 Accent 5" w:semiHidden="0" w:uiPriority="578822744" w:unhideWhenUsed="0"/>
    <w:lsdException w:name="Medium Grid 1 Accent 5" w:semiHidden="0" w:uiPriority="578822745" w:unhideWhenUsed="0"/>
    <w:lsdException w:name="Medium Grid 2 Accent 5" w:semiHidden="0" w:uiPriority="578823976" w:unhideWhenUsed="0"/>
    <w:lsdException w:name="Medium Grid 3 Accent 5" w:semiHidden="0" w:uiPriority="578823977" w:unhideWhenUsed="0"/>
    <w:lsdException w:name="Dark List Accent 5" w:semiHidden="0" w:uiPriority="578844294" w:unhideWhenUsed="0"/>
    <w:lsdException w:name="Colorful Shading Accent 5" w:semiHidden="0" w:uiPriority="578844295" w:unhideWhenUsed="0"/>
    <w:lsdException w:name="Colorful List Accent 5" w:semiHidden="0" w:uiPriority="579242120" w:unhideWhenUsed="0"/>
    <w:lsdException w:name="Colorful Grid Accent 5" w:semiHidden="0" w:uiPriority="579242121" w:unhideWhenUsed="0"/>
    <w:lsdException w:name="Light Shading Accent 6" w:semiHidden="0" w:uiPriority="889230132" w:unhideWhenUsed="0"/>
    <w:lsdException w:name="Light List Accent 6" w:semiHidden="0" w:uiPriority="889230133" w:unhideWhenUsed="0"/>
    <w:lsdException w:name="Light Grid Accent 6" w:semiHidden="0" w:uiPriority="889230152" w:unhideWhenUsed="0"/>
    <w:lsdException w:name="Medium Shading 1 Accent 6" w:semiHidden="0" w:uiPriority="889230153" w:unhideWhenUsed="0"/>
    <w:lsdException w:name="Medium Shading 2 Accent 6" w:semiHidden="0" w:uiPriority="561202482" w:unhideWhenUsed="0"/>
    <w:lsdException w:name="Medium List 1 Accent 6" w:semiHidden="0" w:uiPriority="561202483" w:unhideWhenUsed="0"/>
    <w:lsdException w:name="Medium List 2 Accent 6" w:semiHidden="0" w:uiPriority="578822744" w:unhideWhenUsed="0"/>
    <w:lsdException w:name="Medium Grid 1 Accent 6" w:semiHidden="0" w:uiPriority="578822745" w:unhideWhenUsed="0"/>
    <w:lsdException w:name="Medium Grid 2 Accent 6" w:semiHidden="0" w:uiPriority="578823976" w:unhideWhenUsed="0"/>
    <w:lsdException w:name="Medium Grid 3 Accent 6" w:semiHidden="0" w:uiPriority="578823977" w:unhideWhenUsed="0"/>
    <w:lsdException w:name="Dark List Accent 6" w:semiHidden="0" w:uiPriority="578844294" w:unhideWhenUsed="0"/>
    <w:lsdException w:name="Colorful Shading Accent 6" w:semiHidden="0" w:uiPriority="578844295" w:unhideWhenUsed="0"/>
    <w:lsdException w:name="Colorful List Accent 6" w:semiHidden="0" w:uiPriority="579242120" w:unhideWhenUsed="0"/>
    <w:lsdException w:name="Colorful Grid Accent 6" w:semiHidden="0" w:uiPriority="579242121" w:unhideWhenUsed="0"/>
    <w:lsdException w:name="Subtle Emphasis" w:semiHidden="0" w:uiPriority="153097" w:unhideWhenUsed="0" w:qFormat="1"/>
    <w:lsdException w:name="Intense Emphasis" w:semiHidden="0" w:uiPriority="1283475" w:unhideWhenUsed="0" w:qFormat="1"/>
    <w:lsdException w:name="Subtle Reference" w:semiHidden="0" w:uiPriority="19347799" w:unhideWhenUsed="0" w:qFormat="1"/>
    <w:lsdException w:name="Intense Reference" w:semiHidden="0" w:uiPriority="19412084" w:unhideWhenUsed="0" w:qFormat="1"/>
    <w:lsdException w:name="Book Title" w:semiHidden="0" w:uiPriority="19412085" w:unhideWhenUsed="0" w:qFormat="1"/>
    <w:lsdException w:name="Bibliography" w:uiPriority="20481685"/>
    <w:lsdException w:name="TOC Heading" w:uiPriority="20482101" w:qFormat="1"/>
  </w:latentStyles>
  <w:style w:type="paragraph" w:default="1" w:styleId="Normal">
    <w:name w:val="Normal"/>
    <w:qFormat/>
    <w:rPr>
      <w:rFonts w:ascii="맑은 고딕" w:eastAsia="맑은 고딕" w:hAnsi="맑은 고딕"/>
      <w:sz w:val="21"/>
    </w:rPr>
  </w:style>
  <w:style w:type="paragraph" w:customStyle="1" w:styleId="Header">
    <w:name w:val="header"/>
    <w:uiPriority w:val="99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customStyle="1" w:styleId="Footer">
    <w:name w:val="footer"/>
    <w:uiPriority w:val="99"/>
    <w:basedOn w:val="Normal"/>
    <w:link w:val="Foot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styleId="Heading1">
    <w:name w:val="heading 1"/>
    <w:uiPriority w:val="9"/>
    <w:basedOn w:val="Normal"/>
    <w:next w:val="Normal"/>
    <w:link w:val="Heading1Char"/>
    <w:qFormat/>
    <w:pPr>
      <w:keepNext/>
      <w:keepLines/>
      <w:outlineLvl w:val="0"/>
      <w:spacing w:after="0" w:before="480"/>
    </w:pPr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paragraph" w:styleId="Heading2">
    <w:name w:val="heading 2"/>
    <w:uiPriority w:val="9"/>
    <w:basedOn w:val="Normal"/>
    <w:next w:val="Normal"/>
    <w:link w:val="Heading2Char"/>
    <w:qFormat/>
    <w:unhideWhenUsed/>
    <w:pPr>
      <w:keepNext/>
      <w:keepLines/>
      <w:outlineLvl w:val="1"/>
      <w:spacing w:after="0" w:before="20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uiPriority w:val="9"/>
    <w:basedOn w:val="Normal"/>
    <w:next w:val="Normal"/>
    <w:link w:val="Heading3Char"/>
    <w:qFormat/>
    <w:unhideWhenUsed/>
    <w:pPr>
      <w:keepNext/>
      <w:keepLines/>
      <w:outlineLvl w:val="2"/>
      <w:spacing w:after="0" w:before="200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uiPriority w:val="9"/>
    <w:basedOn w:val="Normal"/>
    <w:next w:val="Normal"/>
    <w:link w:val="Heading4Char"/>
    <w:qFormat/>
    <w:semiHidden/>
    <w:unhideWhenUsed/>
    <w:pPr>
      <w:keepNext/>
      <w:keepLines/>
      <w:outlineLvl w:val="3"/>
      <w:spacing w:after="0" w:before="200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uiPriority w:val="9"/>
    <w:basedOn w:val="Normal"/>
    <w:next w:val="Normal"/>
    <w:link w:val="Heading5Char"/>
    <w:qFormat/>
    <w:semiHidden/>
    <w:unhideWhenUsed/>
    <w:pPr>
      <w:keepNext/>
      <w:keepLines/>
      <w:outlineLvl w:val="4"/>
      <w:spacing w:after="0" w:before="200"/>
    </w:pPr>
    <w:rPr>
      <w:rFonts w:asciiTheme="majorHAnsi" w:eastAsiaTheme="majorEastAsia" w:hAnsiTheme="majorHAnsi" w:cstheme="majorBidi"/>
      <w:color w:val="244061"/>
    </w:rPr>
  </w:style>
  <w:style w:type="paragraph" w:styleId="Heading6">
    <w:name w:val="heading 6"/>
    <w:uiPriority w:val="9"/>
    <w:basedOn w:val="Normal"/>
    <w:next w:val="Normal"/>
    <w:link w:val="Heading6Char"/>
    <w:qFormat/>
    <w:semiHidden/>
    <w:unhideWhenUsed/>
    <w:pPr>
      <w:keepNext/>
      <w:keepLines/>
      <w:outlineLvl w:val="5"/>
      <w:spacing w:after="0" w:before="200"/>
    </w:pPr>
    <w:rPr>
      <w:rFonts w:asciiTheme="majorHAnsi" w:eastAsiaTheme="majorEastAsia" w:hAnsiTheme="majorHAnsi" w:cstheme="majorBidi"/>
      <w:i/>
      <w:iCs/>
      <w:color w:val="244061"/>
    </w:rPr>
  </w:style>
  <w:style w:type="paragraph" w:styleId="Heading7">
    <w:name w:val="heading 7"/>
    <w:uiPriority w:val="9"/>
    <w:basedOn w:val="Normal"/>
    <w:next w:val="Normal"/>
    <w:link w:val="Heading7Char"/>
    <w:qFormat/>
    <w:semiHidden/>
    <w:unhideWhenUsed/>
    <w:pPr>
      <w:keepNext/>
      <w:keepLines/>
      <w:outlineLvl w:val="6"/>
      <w:spacing w:after="0" w:before="200"/>
    </w:pPr>
    <w:rPr>
      <w:rFonts w:asciiTheme="majorHAnsi" w:eastAsiaTheme="majorEastAsia" w:hAnsiTheme="majorHAnsi" w:cstheme="majorBidi"/>
      <w:i/>
      <w:iCs/>
      <w:color w:val="3F3F3F"/>
    </w:rPr>
  </w:style>
  <w:style w:type="paragraph" w:styleId="Heading8">
    <w:name w:val="heading 8"/>
    <w:uiPriority w:val="9"/>
    <w:basedOn w:val="Normal"/>
    <w:next w:val="Normal"/>
    <w:link w:val="Heading8Char"/>
    <w:qFormat/>
    <w:semiHidden/>
    <w:unhideWhenUsed/>
    <w:pPr>
      <w:keepNext/>
      <w:keepLines/>
      <w:outlineLvl w:val="7"/>
      <w:spacing w:after="0" w:before="200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uiPriority w:val="9"/>
    <w:basedOn w:val="Normal"/>
    <w:next w:val="Normal"/>
    <w:link w:val="Heading9Char"/>
    <w:qFormat/>
    <w:semiHidden/>
    <w:unhideWhenUsed/>
    <w:pPr>
      <w:keepNext/>
      <w:keepLines/>
      <w:outlineLvl w:val="8"/>
      <w:spacing w:after="0" w:before="200"/>
    </w:pPr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basedOn w:val="DefaultParagraphFont"/>
    <w:link w:val="Heading1"/>
    <w:rPr>
      <w:rFonts w:asciiTheme="majorHAnsi" w:eastAsiaTheme="majorEastAsia" w:hAnsiTheme="majorHAnsi" w:cstheme="majorBidi"/>
      <w:b/>
      <w:bCs/>
      <w:color w:val="376092"/>
      <w:sz w:val="28"/>
      <w:szCs w:val="28"/>
    </w:rPr>
  </w:style>
  <w:style w:type="character" w:customStyle="1" w:styleId="Heading2Char">
    <w:name w:val="Heading 2 Char"/>
    <w:uiPriority w:val="9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uiPriority w:val="9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paragraph" w:styleId="Title">
    <w:name w:val="Title"/>
    <w:uiPriority w:val="10"/>
    <w:basedOn w:val="Normal"/>
    <w:next w:val="Normal"/>
    <w:link w:val="TitleChar"/>
    <w:qFormat/>
    <w:pPr>
      <w:contextualSpacing/>
      <w:pBdr>
        <w:bottom w:val="single" w:sz="8" w:space="4" w:color="4F81BD" w:themeColor="accent1"/>
      </w:pBdr>
      <w:spacing w:after="300" w:line="240" w:lineRule="auto"/>
    </w:pPr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character" w:customStyle="1" w:styleId="TitleChar">
    <w:name w:val="Title Char"/>
    <w:uiPriority w:val="10"/>
    <w:basedOn w:val="DefaultParagraphFont"/>
    <w:link w:val="Title"/>
    <w:rPr>
      <w:rFonts w:asciiTheme="majorHAnsi" w:eastAsiaTheme="majorEastAsia" w:hAnsiTheme="majorHAnsi" w:cstheme="majorBidi"/>
      <w:color w:val="17375E"/>
      <w:sz w:val="52"/>
      <w:szCs w:val="52"/>
      <w:kern w:val="28"/>
      <w:spacing w:val="5"/>
    </w:rPr>
  </w:style>
  <w:style w:type="paragraph" w:styleId="Subtitle">
    <w:name w:val="Subtitle"/>
    <w:uiPriority w:val="11"/>
    <w:basedOn w:val="Normal"/>
    <w:next w:val="Normal"/>
    <w:link w:val="SubtitleChar"/>
    <w:qFormat/>
    <w:pPr>
      <w:numPr>
        <w:ilvl w:val="0"/>
      </w:numPr>
    </w:pPr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character" w:customStyle="1" w:styleId="SubtitleChar">
    <w:name w:val="Subtitle Char"/>
    <w:uiPriority w:val="1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z w:val="24"/>
      <w:szCs w:val="24"/>
      <w:spacing w:val="15"/>
    </w:rPr>
  </w:style>
  <w:style w:type="paragraph" w:styleId="ListParagraph">
    <w:name w:val="List Paragraph"/>
    <w:uiPriority w:val="34"/>
    <w:basedOn w:val="Normal"/>
    <w:qFormat/>
    <w:pPr>
      <w:ind w:left="720"/>
      <w:contextualSpacing/>
    </w:pPr>
  </w:style>
  <w:style w:type="paragraph" w:customStyle="1" w:styleId="BodyText">
    <w:name w:val="Body Text"/>
    <w:uiPriority w:val="99"/>
    <w:basedOn w:val="Normal"/>
    <w:link w:val="BodyTextChar"/>
    <w:unhideWhenUsed/>
    <w:pPr>
      <w:spacing w:after="120"/>
    </w:pPr>
  </w:style>
  <w:style w:type="character" w:customStyle="1" w:styleId="BodyTextChar">
    <w:name w:val="Body Text Char"/>
    <w:uiPriority w:val="99"/>
    <w:basedOn w:val="DefaultParagraphFont"/>
    <w:link w:val="BodyText"/>
  </w:style>
  <w:style w:type="paragraph" w:customStyle="1" w:styleId="BodyText2">
    <w:name w:val="Body Text 2"/>
    <w:uiPriority w:val="99"/>
    <w:basedOn w:val="Normal"/>
    <w:link w:val="BodyText2Char"/>
    <w:unhideWhenUsed/>
    <w:pPr>
      <w:spacing w:after="120" w:line="480" w:lineRule="auto"/>
    </w:pPr>
  </w:style>
  <w:style w:type="character" w:customStyle="1" w:styleId="BodyText2Char">
    <w:name w:val="Body Text 2 Char"/>
    <w:uiPriority w:val="99"/>
    <w:basedOn w:val="DefaultParagraphFont"/>
    <w:link w:val="BodyText2"/>
  </w:style>
  <w:style w:type="paragraph" w:customStyle="1" w:styleId="BodyText3">
    <w:name w:val="Body Text 3"/>
    <w:uiPriority w:val="99"/>
    <w:basedOn w:val="Normal"/>
    <w:link w:val="BodyText3Char"/>
    <w:unhideWhenUsed/>
    <w:pPr>
      <w:spacing w:after="120"/>
    </w:pPr>
    <w:rPr>
      <w:sz w:val="16"/>
      <w:szCs w:val="16"/>
    </w:rPr>
  </w:style>
  <w:style w:type="character" w:customStyle="1" w:styleId="BodyText3Char">
    <w:name w:val="Body Text 3 Char"/>
    <w:uiPriority w:val="99"/>
    <w:basedOn w:val="DefaultParagraphFont"/>
    <w:link w:val="BodyText3"/>
    <w:rPr>
      <w:sz w:val="16"/>
      <w:szCs w:val="16"/>
    </w:rPr>
  </w:style>
  <w:style w:type="paragraph" w:customStyle="1" w:styleId="List">
    <w:name w:val="List"/>
    <w:uiPriority w:val="99"/>
    <w:basedOn w:val="Normal"/>
    <w:unhideWhenUsed/>
    <w:pPr>
      <w:ind w:left="360" w:hanging="360"/>
      <w:contextualSpacing/>
    </w:pPr>
  </w:style>
  <w:style w:type="paragraph" w:customStyle="1" w:styleId="List2">
    <w:name w:val="List 2"/>
    <w:uiPriority w:val="99"/>
    <w:basedOn w:val="Normal"/>
    <w:unhideWhenUsed/>
    <w:pPr>
      <w:ind w:left="720" w:hanging="360"/>
      <w:contextualSpacing/>
    </w:pPr>
  </w:style>
  <w:style w:type="paragraph" w:customStyle="1" w:styleId="List3">
    <w:name w:val="List 3"/>
    <w:uiPriority w:val="99"/>
    <w:basedOn w:val="Normal"/>
    <w:unhideWhenUsed/>
    <w:pPr>
      <w:ind w:left="1080" w:hanging="360"/>
      <w:contextualSpacing/>
    </w:pPr>
  </w:style>
  <w:style w:type="paragraph" w:customStyle="1" w:styleId="ListBullet">
    <w:name w:val="List Bullet"/>
    <w:uiPriority w:val="99"/>
    <w:basedOn w:val="Normal"/>
    <w:unhideWhenUsed/>
    <w:pPr>
      <w:contextualSpacing/>
      <w:numPr>
        <w:ilvl w:val="0"/>
        <w:numId w:val="1"/>
      </w:numPr>
    </w:pPr>
  </w:style>
  <w:style w:type="paragraph" w:customStyle="1" w:styleId="ListBullet2">
    <w:name w:val="List Bullet 2"/>
    <w:uiPriority w:val="99"/>
    <w:basedOn w:val="Normal"/>
    <w:unhideWhenUsed/>
    <w:pPr>
      <w:contextualSpacing/>
      <w:numPr>
        <w:ilvl w:val="0"/>
        <w:numId w:val="2"/>
      </w:numPr>
    </w:pPr>
  </w:style>
  <w:style w:type="paragraph" w:customStyle="1" w:styleId="ListBullet3">
    <w:name w:val="List Bullet 3"/>
    <w:uiPriority w:val="99"/>
    <w:basedOn w:val="Normal"/>
    <w:unhideWhenUsed/>
    <w:pPr>
      <w:contextualSpacing/>
      <w:numPr>
        <w:ilvl w:val="0"/>
        <w:numId w:val="3"/>
      </w:numPr>
    </w:pPr>
  </w:style>
  <w:style w:type="paragraph" w:customStyle="1" w:styleId="ListNumber">
    <w:name w:val="List Number"/>
    <w:uiPriority w:val="99"/>
    <w:basedOn w:val="Normal"/>
    <w:unhideWhenUsed/>
    <w:pPr>
      <w:contextualSpacing/>
      <w:numPr>
        <w:ilvl w:val="0"/>
        <w:numId w:val="4"/>
      </w:numPr>
    </w:pPr>
  </w:style>
  <w:style w:type="paragraph" w:customStyle="1" w:styleId="ListNumber2">
    <w:name w:val="List Number 2"/>
    <w:uiPriority w:val="99"/>
    <w:basedOn w:val="Normal"/>
    <w:unhideWhenUsed/>
    <w:pPr>
      <w:contextualSpacing/>
      <w:numPr>
        <w:ilvl w:val="0"/>
        <w:numId w:val="5"/>
      </w:numPr>
    </w:pPr>
  </w:style>
  <w:style w:type="paragraph" w:customStyle="1" w:styleId="ListNumber3">
    <w:name w:val="List Number 3"/>
    <w:uiPriority w:val="99"/>
    <w:basedOn w:val="Normal"/>
    <w:unhideWhenUsed/>
    <w:pPr>
      <w:contextualSpacing/>
      <w:numPr>
        <w:ilvl w:val="0"/>
        <w:numId w:val="6"/>
      </w:numPr>
    </w:pPr>
  </w:style>
  <w:style w:type="paragraph" w:customStyle="1" w:styleId="ListContinue">
    <w:name w:val="List Continue"/>
    <w:uiPriority w:val="99"/>
    <w:basedOn w:val="Normal"/>
    <w:unhideWhenUsed/>
    <w:pPr>
      <w:ind w:left="360"/>
      <w:contextualSpacing/>
      <w:spacing w:after="120"/>
    </w:pPr>
  </w:style>
  <w:style w:type="paragraph" w:customStyle="1" w:styleId="ListContinue2">
    <w:name w:val="List Continue 2"/>
    <w:uiPriority w:val="99"/>
    <w:basedOn w:val="Normal"/>
    <w:unhideWhenUsed/>
    <w:pPr>
      <w:ind w:left="720"/>
      <w:contextualSpacing/>
      <w:spacing w:after="120"/>
    </w:pPr>
  </w:style>
  <w:style w:type="paragraph" w:customStyle="1" w:styleId="ListContinue3">
    <w:name w:val="List Continue 3"/>
    <w:uiPriority w:val="99"/>
    <w:basedOn w:val="Normal"/>
    <w:unhideWhenUsed/>
    <w:pPr>
      <w:ind w:left="1080"/>
      <w:contextualSpacing/>
      <w:spacing w:after="120"/>
    </w:pPr>
  </w:style>
  <w:style w:type="paragraph" w:customStyle="1" w:styleId="MacroText">
    <w:name w:val="macro"/>
    <w:uiPriority w:val="99"/>
    <w:link w:val="MacroTextChar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uiPriority w:val="99"/>
    <w:basedOn w:val="DefaultParagraphFont"/>
    <w:link w:val="MacroText"/>
    <w:rPr>
      <w:rFonts w:ascii="Courier" w:hAnsi="Courier"/>
      <w:sz w:val="20"/>
      <w:szCs w:val="20"/>
    </w:rPr>
  </w:style>
  <w:style w:type="paragraph" w:styleId="Quote">
    <w:name w:val="Quote"/>
    <w:uiPriority w:val="29"/>
    <w:basedOn w:val="Normal"/>
    <w:next w:val="Normal"/>
    <w:link w:val="QuoteChar"/>
    <w:qFormat/>
    <w:rPr>
      <w:i/>
      <w:iCs/>
      <w:color w:val="000000"/>
    </w:rPr>
  </w:style>
  <w:style w:type="character" w:customStyle="1" w:styleId="QuoteChar">
    <w:name w:val="Quote Char"/>
    <w:uiPriority w:val="29"/>
    <w:basedOn w:val="DefaultParagraphFont"/>
    <w:link w:val="Quote"/>
    <w:rPr>
      <w:i/>
      <w:iCs/>
      <w:color w:val="000000"/>
    </w:rPr>
  </w:style>
  <w:style w:type="character" w:customStyle="1" w:styleId="Heading4Char">
    <w:name w:val="Heading 4 Char"/>
    <w:uiPriority w:val="9"/>
    <w:basedOn w:val="DefaultParagraphFont"/>
    <w:link w:val="Heading4"/>
    <w:semiHidden/>
    <w:rPr>
      <w:rFonts w:asciiTheme="majorHAnsi" w:eastAsiaTheme="majorEastAsia" w:hAnsiTheme="majorHAnsi" w:cstheme="majorBidi"/>
      <w:b/>
      <w:bCs/>
      <w:i/>
      <w:iCs/>
      <w:color w:val="4F81BD"/>
    </w:rPr>
  </w:style>
  <w:style w:type="character" w:customStyle="1" w:styleId="Heading5Char">
    <w:name w:val="Heading 5 Char"/>
    <w:uiPriority w:val="9"/>
    <w:basedOn w:val="DefaultParagraphFont"/>
    <w:link w:val="Heading5"/>
    <w:semiHidden/>
    <w:rPr>
      <w:rFonts w:asciiTheme="majorHAnsi" w:eastAsiaTheme="majorEastAsia" w:hAnsiTheme="majorHAnsi" w:cstheme="majorBidi"/>
      <w:color w:val="244061"/>
    </w:rPr>
  </w:style>
  <w:style w:type="character" w:customStyle="1" w:styleId="Heading6Char">
    <w:name w:val="Heading 6 Char"/>
    <w:uiPriority w:val="9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/>
    </w:rPr>
  </w:style>
  <w:style w:type="character" w:customStyle="1" w:styleId="Heading7Char">
    <w:name w:val="Heading 7 Char"/>
    <w:uiPriority w:val="9"/>
    <w:basedOn w:val="DefaultParagraphFont"/>
    <w:link w:val="Heading7"/>
    <w:semiHidden/>
    <w:rPr>
      <w:rFonts w:asciiTheme="majorHAnsi" w:eastAsiaTheme="majorEastAsia" w:hAnsiTheme="majorHAnsi" w:cstheme="majorBidi"/>
      <w:i/>
      <w:iCs/>
      <w:color w:val="3F3F3F"/>
    </w:rPr>
  </w:style>
  <w:style w:type="character" w:customStyle="1" w:styleId="Heading8Char">
    <w:name w:val="Heading 8 Char"/>
    <w:uiPriority w:val="9"/>
    <w:basedOn w:val="DefaultParagraphFont"/>
    <w:link w:val="Heading8"/>
    <w:semiHidden/>
    <w:rPr>
      <w:rFonts w:asciiTheme="majorHAnsi" w:eastAsiaTheme="majorEastAsia" w:hAnsiTheme="majorHAnsi" w:cstheme="majorBidi"/>
      <w:color w:val="4F81BD"/>
      <w:sz w:val="20"/>
      <w:szCs w:val="20"/>
    </w:rPr>
  </w:style>
  <w:style w:type="character" w:customStyle="1" w:styleId="Heading9Char">
    <w:name w:val="Heading 9 Char"/>
    <w:uiPriority w:val="9"/>
    <w:basedOn w:val="DefaultParagraphFont"/>
    <w:link w:val="Heading9"/>
    <w:semiHidden/>
    <w:rPr>
      <w:rFonts w:asciiTheme="majorHAnsi" w:eastAsiaTheme="majorEastAsia" w:hAnsiTheme="majorHAnsi" w:cstheme="majorBidi"/>
      <w:i/>
      <w:iCs/>
      <w:color w:val="3F3F3F"/>
      <w:sz w:val="20"/>
      <w:szCs w:val="20"/>
    </w:rPr>
  </w:style>
  <w:style w:type="paragraph" w:styleId="Caption">
    <w:name w:val="caption"/>
    <w:uiPriority w:val="35"/>
    <w:basedOn w:val="Normal"/>
    <w:next w:val="Normal"/>
    <w:qFormat/>
    <w:semiHidden/>
    <w:unhideWhenUsed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uiPriority w:val="22"/>
    <w:basedOn w:val="DefaultParagraphFont"/>
    <w:qFormat/>
    <w:rPr>
      <w:b/>
      <w:bCs/>
    </w:rPr>
  </w:style>
  <w:style w:type="character" w:styleId="Emphasis">
    <w:name w:val="Emphasis"/>
    <w:uiPriority w:val="20"/>
    <w:basedOn w:val="DefaultParagraphFont"/>
    <w:qFormat/>
    <w:rPr>
      <w:i/>
      <w:iCs/>
    </w:rPr>
  </w:style>
  <w:style w:type="paragraph" w:styleId="IntenseQuote">
    <w:name w:val="Intense Quote"/>
    <w:uiPriority w:val="30"/>
    <w:basedOn w:val="Normal"/>
    <w:next w:val="Normal"/>
    <w:link w:val="IntenseQuoteChar"/>
    <w:qFormat/>
    <w:pPr>
      <w:ind w:left="936" w:right="936"/>
      <w:pBdr>
        <w:bottom w:val="single" w:sz="4" w:space="4" w:color="4F81BD" w:themeColor="accent1"/>
      </w:pBdr>
      <w:spacing w:after="280" w:before="200"/>
    </w:pPr>
    <w:rPr>
      <w:b/>
      <w:bCs/>
      <w:i/>
      <w:iCs/>
      <w:color w:val="4F81BD"/>
    </w:rPr>
  </w:style>
  <w:style w:type="character" w:customStyle="1" w:styleId="IntenseQuoteChar">
    <w:name w:val="Intense Quote Char"/>
    <w:uiPriority w:val="30"/>
    <w:basedOn w:val="DefaultParagraphFont"/>
    <w:link w:val="IntenseQuote"/>
    <w:rPr>
      <w:b/>
      <w:bCs/>
      <w:i/>
      <w:iCs/>
      <w:color w:val="4F81BD"/>
    </w:rPr>
  </w:style>
  <w:style w:type="character" w:styleId="SubtleEmphasis">
    <w:name w:val="Subtle Emphasis"/>
    <w:uiPriority w:val="19"/>
    <w:basedOn w:val="DefaultParagraphFont"/>
    <w:qFormat/>
    <w:rPr>
      <w:i/>
      <w:iCs/>
      <w:color w:val="7F7F7F"/>
    </w:rPr>
  </w:style>
  <w:style w:type="character" w:styleId="IntenseEmphasis">
    <w:name w:val="Intense Emphasis"/>
    <w:uiPriority w:val="21"/>
    <w:basedOn w:val="DefaultParagraphFont"/>
    <w:qFormat/>
    <w:rPr>
      <w:b/>
      <w:bCs/>
      <w:i/>
      <w:iCs/>
      <w:color w:val="4F81BD"/>
    </w:rPr>
  </w:style>
  <w:style w:type="character" w:styleId="SubtleReference">
    <w:name w:val="Subtle Reference"/>
    <w:uiPriority w:val="31"/>
    <w:basedOn w:val="DefaultParagraphFont"/>
    <w:qFormat/>
    <w:rPr>
      <w:smallCaps/>
      <w:color w:val="C0504D"/>
      <w:u w:val="single" w:color="auto"/>
    </w:rPr>
  </w:style>
  <w:style w:type="character" w:styleId="IntenseReference">
    <w:name w:val="Intense Reference"/>
    <w:uiPriority w:val="32"/>
    <w:basedOn w:val="DefaultParagraphFont"/>
    <w:qFormat/>
    <w:rPr>
      <w:b/>
      <w:bCs/>
      <w:smallCaps/>
      <w:color w:val="C0504D"/>
      <w:u w:val="single" w:color="auto"/>
      <w:spacing w:val="5"/>
    </w:rPr>
  </w:style>
  <w:style w:type="character" w:styleId="BookTitle">
    <w:name w:val="Book Title"/>
    <w:uiPriority w:val="33"/>
    <w:basedOn w:val="DefaultParagraphFont"/>
    <w:qFormat/>
    <w:rPr>
      <w:b/>
      <w:bCs/>
      <w:smallCaps/>
      <w:spacing w:val="5"/>
    </w:rPr>
  </w:style>
  <w:style w:type="paragraph" w:styleId="TOCHeading">
    <w:name w:val="TOC Heading"/>
    <w:uiPriority w:val="39"/>
    <w:basedOn w:val="Heading1"/>
    <w:next w:val="Normal"/>
    <w:qFormat/>
    <w:semiHidden/>
    <w:unhideWhenUsed/>
    <w:pPr>
      <w:outlineLvl w:val="9"/>
    </w:pPr>
  </w:style>
  <w:style w:type="table" w:styleId="TableGrid">
    <w:name w:val="Table Grid"/>
    <w:uiPriority w:val="59"/>
    <w:basedOn w:val="TableNormal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uiPriority w:val="60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000000" w:themeColor="dk1"/>
          <w:left w:val="nil"/>
          <w:bottom w:val="single" w:sz="8" w:space="0" w:color="000000" w:themeColor="dk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</w:style>
  <w:style w:type="table" w:styleId="LightShading-Accent1">
    <w:name w:val="Light Shading Accent 1"/>
    <w:uiPriority w:val="60"/>
    <w:basedOn w:val="TableNormal"/>
    <w:pPr>
      <w:spacing w:after="0" w:line="240" w:lineRule="auto"/>
    </w:pPr>
    <w:rPr>
      <w:color w:val="376092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uiPriority w:val="60"/>
    <w:basedOn w:val="TableNormal"/>
    <w:pPr>
      <w:spacing w:after="0" w:line="240" w:lineRule="auto"/>
    </w:pPr>
    <w:rPr>
      <w:color w:val="953735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-Accent3">
    <w:name w:val="Light Shading Accent 3"/>
    <w:uiPriority w:val="60"/>
    <w:basedOn w:val="TableNormal"/>
    <w:pPr>
      <w:spacing w:after="0" w:line="240" w:lineRule="auto"/>
    </w:pPr>
    <w:rPr>
      <w:color w:val="76933C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uiPriority w:val="60"/>
    <w:basedOn w:val="TableNormal"/>
    <w:pPr>
      <w:spacing w:after="0" w:line="240" w:lineRule="auto"/>
    </w:pPr>
    <w:rPr>
      <w:color w:val="604A7B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uiPriority w:val="60"/>
    <w:basedOn w:val="TableNormal"/>
    <w:pPr>
      <w:spacing w:after="0" w:line="240" w:lineRule="auto"/>
    </w:pPr>
    <w:rPr>
      <w:color w:val="31859B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-Accent6">
    <w:name w:val="Light Shading Accent 6"/>
    <w:uiPriority w:val="60"/>
    <w:basedOn w:val="TableNormal"/>
    <w:pPr>
      <w:spacing w:after="0" w:line="240" w:lineRule="auto"/>
    </w:pPr>
    <w:rPr>
      <w:color w:val="E46C0A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</w:style>
  <w:style w:type="table" w:styleId="LightList-Accent1">
    <w:name w:val="Light List Accent 1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uiPriority w:val="61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1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H w:val="nil"/>
          <w:insideV w:val="single" w:sz="8" w:space="0" w:color="000000" w:themeColor="dk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</w:tcPr>
    </w:tblStylePr>
    <w:tblStylePr w:type="band1Vert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  <w:shd w:val="clear" w:color="auto" w:fill="BFBFBF" w:themeFill="dk1" w:themeFillTint="3f"/>
      </w:tcPr>
    </w:tblStylePr>
    <w:tblStylePr w:type="band2Horz">
      <w:tblPr/>
      <w:tcPr>
        <w:tcBorders>
          <w:top w:val="single" w:sz="8" w:space="0" w:color="000000" w:themeColor="dk1"/>
          <w:left w:val="single" w:sz="8" w:space="0" w:color="000000" w:themeColor="dk1"/>
          <w:bottom w:val="single" w:sz="8" w:space="0" w:color="000000" w:themeColor="dk1"/>
          <w:right w:val="single" w:sz="8" w:space="0" w:color="000000" w:themeColor="dk1"/>
          <w:insideV w:val="single" w:sz="8" w:space="0" w:color="000000" w:themeColor="dk1"/>
        </w:tcBorders>
      </w:tcPr>
    </w:tblStylePr>
  </w:style>
  <w:style w:type="table" w:styleId="LightGrid-Accent1">
    <w:name w:val="Light Grid Accent 1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uiPriority w:val="62"/>
    <w:basedOn w:val="TableNormal"/>
    <w:pPr>
      <w:spacing w:after="0" w:line="240" w:lineRule="auto"/>
    </w:p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after="0" w:before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3F3F3F" w:themeColor="dk1" w:themeTint="bf"/>
          <w:left w:val="single" w:sz="8" w:space="0" w:color="3F3F3F" w:themeColor="dk1" w:themeTint="bf"/>
          <w:bottom w:val="single" w:sz="8" w:space="0" w:color="3F3F3F" w:themeColor="dk1" w:themeTint="bf"/>
          <w:right w:val="single" w:sz="8" w:space="0" w:color="3F3F3F" w:themeColor="dk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dk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basedOn w:val="TableNormal"/>
    <w:pPr>
      <w:spacing w:after="0" w:line="240" w:lineRule="auto"/>
    </w:pPr>
    <w:tblPr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pPr>
        <w:spacing w:after="0" w:before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lt1" w:themeFillShade="d8"/>
      </w:tcPr>
    </w:tblStylePr>
    <w:tblStylePr w:type="band1Horz">
      <w:tblPr/>
      <w:tcPr>
        <w:shd w:val="clear" w:color="auto" w:fill="D8D8D8" w:themeFill="lt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000000" w:themeColor="dk1"/>
        <w:bottom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dk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dk1"/>
          <w:bottom w:val="single" w:sz="8" w:space="0" w:color="000000" w:themeColor="dk1"/>
        </w:tcBorders>
      </w:tcPr>
    </w:tblStylePr>
    <w:tblStylePr w:type="band1Vert">
      <w:tblPr/>
      <w:tcPr>
        <w:shd w:val="clear" w:color="auto" w:fill="BFBFBF" w:themeFill="dk1" w:themeFillTint="3f"/>
      </w:tcPr>
    </w:tblStylePr>
    <w:tblStylePr w:type="band1Horz">
      <w:tblPr/>
      <w:tcPr>
        <w:shd w:val="clear" w:color="auto" w:fill="BFBFBF" w:themeFill="dk1" w:themeFillTint="3f"/>
      </w:tcPr>
    </w:tblStylePr>
  </w:style>
  <w:style w:type="table" w:styleId="MediumList1-Accent1">
    <w:name w:val="Medium List 1 Accent 1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-Accent3">
    <w:name w:val="Medium List 1 Accent 3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-Accent6">
    <w:name w:val="Medium List 1 Accent 6"/>
    <w:uiPriority w:val="65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dk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dk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000000" w:themeColor="dk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dk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lt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lt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3F3F3F" w:themeColor="dk1" w:themeTint="bf"/>
        <w:left w:val="single" w:sz="8" w:space="0" w:color="3F3F3F" w:themeColor="dk1" w:themeTint="bf"/>
        <w:bottom w:val="single" w:sz="8" w:space="0" w:color="3F3F3F" w:themeColor="dk1" w:themeTint="bf"/>
        <w:right w:val="single" w:sz="8" w:space="0" w:color="3F3F3F" w:themeColor="dk1" w:themeTint="bf"/>
        <w:insideH w:val="single" w:sz="8" w:space="0" w:color="3F3F3F" w:themeColor="dk1" w:themeTint="bf"/>
        <w:insideV w:val="single" w:sz="8" w:space="0" w:color="3F3F3F" w:themeColor="dk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dk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MediumGrid1-Accent1">
    <w:name w:val="Medium Grid 1 Accent 1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-Accent2">
    <w:name w:val="Medium Grid 1 Accent 2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basedOn w:val="TableNormal"/>
    <w:pPr>
      <w:spacing w:after="0" w:line="240" w:lineRule="auto"/>
    </w:pPr>
    <w:tblPr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000000" w:themeColor="dk1"/>
        <w:left w:val="single" w:sz="8" w:space="0" w:color="000000" w:themeColor="dk1"/>
        <w:bottom w:val="single" w:sz="8" w:space="0" w:color="000000" w:themeColor="dk1"/>
        <w:right w:val="single" w:sz="8" w:space="0" w:color="000000" w:themeColor="dk1"/>
        <w:insideH w:val="single" w:sz="8" w:space="0" w:color="000000" w:themeColor="dk1"/>
        <w:insideV w:val="single" w:sz="8" w:space="0" w:color="000000" w:themeColor="dk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color w:val="000000"/>
      </w:rPr>
      <w:tblPr/>
      <w:tcPr>
        <w:shd w:val="clear" w:color="auto" w:fill="E5E5E5" w:themeFill="dk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 w:themeFill="dk1" w:themeFillTint="33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tcBorders>
          <w:insideH w:val="single" w:sz="6" w:space="0" w:color="000000" w:themeColor="dk1"/>
          <w:insideV w:val="single" w:sz="6" w:space="0" w:color="000000" w:themeColor="dk1"/>
        </w:tcBorders>
        <w:shd w:val="clear" w:color="auto" w:fill="7F7F7F" w:themeFill="dk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1">
    <w:name w:val="Medium Grid 2 Accent 1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2">
    <w:name w:val="Medium Grid 2 Accent 2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3">
    <w:name w:val="Medium Grid 2 Accent 3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4">
    <w:name w:val="Medium Grid 2 Accent 4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5">
    <w:name w:val="Medium Grid 2 Accent 5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2-Accent6">
    <w:name w:val="Medium Grid 2 Accent 6"/>
    <w:uiPriority w:val="68"/>
    <w:basedOn w:val="TableNormal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dk1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lt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A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lt1"/>
      </w:tcPr>
    </w:tblStylePr>
  </w:style>
  <w:style w:type="table" w:styleId="MediumGrid3">
    <w:name w:val="Medium Grid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BFBFBF" w:themeFill="dk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000000" w:themeFill="dk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000000" w:themeFill="dk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7F7F7F" w:themeFill="dk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7F7F7F" w:themeFill="dk1" w:themeFillTint="7f"/>
      </w:tcPr>
    </w:tblStylePr>
  </w:style>
  <w:style w:type="table" w:styleId="MediumGrid3-Accent1">
    <w:name w:val="Medium Grid 3 Accent 1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7C0DE" w:themeFill="accent1" w:themeFillTint="7f"/>
      </w:tcPr>
    </w:tblStylePr>
  </w:style>
  <w:style w:type="table" w:styleId="MediumGrid3-Accent2">
    <w:name w:val="Medium Grid 3 Accent 2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basedOn w:val="TableNormal"/>
    <w:pPr>
      <w:spacing w:after="0" w:line="240" w:lineRule="auto"/>
    </w:pPr>
    <w:tblPr>
      <w:tblInd w:w="0" w:type="dxa"/>
      <w:tblBorders>
        <w:top w:val="single" w:sz="8" w:space="0" w:color="FFFFFF" w:themeColor="lt1"/>
        <w:left w:val="single" w:sz="8" w:space="0" w:color="FFFFFF" w:themeColor="lt1"/>
        <w:bottom w:val="single" w:sz="8" w:space="0" w:color="FFFFFF" w:themeColor="lt1"/>
        <w:right w:val="single" w:sz="8" w:space="0" w:color="FFFFFF" w:themeColor="lt1"/>
        <w:insideH w:val="single" w:sz="6" w:space="0" w:color="FFFFFF" w:themeColor="lt1"/>
        <w:insideV w:val="single" w:sz="6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24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single" w:sz="8" w:space="0" w:color="FFFFFF" w:themeColor="lt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lt1"/>
          <w:right w:val="single" w:sz="24" w:space="0" w:color="FFFFFF" w:themeColor="lt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lt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lt1"/>
          <w:left w:val="single" w:sz="8" w:space="0" w:color="FFFFFF" w:themeColor="lt1"/>
          <w:bottom w:val="single" w:sz="8" w:space="0" w:color="FFFFFF" w:themeColor="lt1"/>
          <w:right w:val="single" w:sz="8" w:space="0" w:color="FFFFFF" w:themeColor="lt1"/>
          <w:insideH w:val="single" w:sz="8" w:space="0" w:color="FFFFFF" w:themeColor="lt1"/>
          <w:insideV w:val="single" w:sz="8" w:space="0" w:color="FFFFFF" w:themeColor="lt1"/>
        </w:tcBorders>
        <w:shd w:val="clear" w:color="auto" w:fill="FBCAA2" w:themeFill="accent6" w:themeFillTint="7f"/>
      </w:tcPr>
    </w:tblStylePr>
  </w:style>
  <w:style w:type="table" w:styleId="DarkList">
    <w:name w:val="Dark List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000000" w:themeFill="dk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000000" w:themeFill="dk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</w:style>
  <w:style w:type="table" w:styleId="DarkList-Accent1">
    <w:name w:val="Dark List Accent 1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440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7609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6092" w:themeFill="accent1" w:themeFillShade="bf"/>
      </w:tcPr>
    </w:tblStylePr>
  </w:style>
  <w:style w:type="table" w:styleId="DarkList-Accent2">
    <w:name w:val="Dark List Accent 2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6325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95373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735" w:themeFill="accent2" w:themeFillShade="bf"/>
      </w:tcPr>
    </w:tblStylePr>
  </w:style>
  <w:style w:type="table" w:styleId="DarkList-Accent3">
    <w:name w:val="Dark List Accent 3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F62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7693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33C" w:themeFill="accent3" w:themeFillShade="bf"/>
      </w:tcPr>
    </w:tblStylePr>
  </w:style>
  <w:style w:type="table" w:styleId="DarkList-Accent4">
    <w:name w:val="Dark List Accent 4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4031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604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A7B" w:themeFill="accent4" w:themeFillShade="bf"/>
      </w:tcPr>
    </w:tblStylePr>
  </w:style>
  <w:style w:type="table" w:styleId="DarkList-Accent5">
    <w:name w:val="Dark List Accent 5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21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3185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59B" w:themeFill="accent5" w:themeFillShade="bf"/>
      </w:tcPr>
    </w:tblStylePr>
  </w:style>
  <w:style w:type="table" w:styleId="DarkList-Accent6">
    <w:name w:val="Dark List Accent 6"/>
    <w:uiPriority w:val="70"/>
    <w:basedOn w:val="TableNormal"/>
    <w:pPr>
      <w:spacing w:after="0" w:line="240" w:lineRule="auto"/>
    </w:pPr>
    <w:rPr>
      <w:color w:val="FFFFF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lt1"/>
          <w:right w:val="nil"/>
          <w:insideH w:val="nil"/>
          <w:insideV w:val="nil"/>
        </w:tcBorders>
        <w:shd w:val="clear" w:color="auto" w:fill="000000" w:themeFill="dk1"/>
      </w:tcPr>
    </w:tblStylePr>
    <w:tblStylePr w:type="lastRow">
      <w:tblPr/>
      <w:tcPr>
        <w:tcBorders>
          <w:top w:val="single" w:sz="18" w:space="0" w:color="FFFFFF" w:themeColor="lt1"/>
          <w:left w:val="nil"/>
          <w:bottom w:val="nil"/>
          <w:right w:val="nil"/>
          <w:insideH w:val="nil"/>
          <w:insideV w:val="nil"/>
        </w:tcBorders>
        <w:shd w:val="clear" w:color="auto" w:fill="97480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lt1"/>
          <w:insideH w:val="nil"/>
          <w:insideV w:val="nil"/>
        </w:tcBorders>
        <w:shd w:val="clear" w:color="auto" w:fill="E4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lt1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6C0A" w:themeFill="accent6" w:themeFillShade="bf"/>
      </w:tcPr>
    </w:tblStylePr>
  </w:style>
  <w:style w:type="table" w:styleId="ColorfulShading">
    <w:name w:val="Colorful Shading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000000" w:themeColor="dk1"/>
        <w:bottom w:val="single" w:sz="4" w:space="0" w:color="000000" w:themeColor="dk1"/>
        <w:right w:val="single" w:sz="4" w:space="0" w:color="000000" w:themeColor="dk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000000" w:themeFill="dk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dk1" w:themeShade="99"/>
          <w:insideV w:val="nil"/>
        </w:tcBorders>
        <w:shd w:val="clear" w:color="auto" w:fill="000000" w:themeFill="dk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dk1" w:themeFillShade="bf"/>
      </w:tcPr>
    </w:tblStylePr>
    <w:tblStylePr w:type="band1Vert">
      <w:tblPr/>
      <w:tcPr>
        <w:shd w:val="clear" w:color="auto" w:fill="989898" w:themeFill="dk1" w:themeFillTint="66"/>
      </w:tcPr>
    </w:tblStylePr>
    <w:tblStylePr w:type="band1Horz">
      <w:tblPr/>
      <w:tcPr>
        <w:shd w:val="clear" w:color="auto" w:fill="7F7F7F" w:themeFill="dk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C4D75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D75" w:themeColor="accent1" w:themeShade="99"/>
          <w:insideV w:val="nil"/>
        </w:tcBorders>
        <w:shd w:val="clear" w:color="auto" w:fill="2C4D75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D75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9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5F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F7530" w:themeColor="accent3" w:themeShade="99"/>
          <w:insideV w:val="nil"/>
        </w:tcBorders>
        <w:shd w:val="clear" w:color="auto" w:fill="5F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7530" w:themeFill="accent3" w:themeFillShade="99"/>
      </w:tcPr>
    </w:tblStylePr>
    <w:tblStylePr w:type="band1Vert">
      <w:tblPr/>
      <w:tcPr>
        <w:shd w:val="clear" w:color="auto" w:fill="D7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4D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D3B62" w:themeColor="accent4" w:themeShade="99"/>
          <w:insideV w:val="nil"/>
        </w:tcBorders>
        <w:shd w:val="clear" w:color="auto" w:fill="4D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3B62" w:themeFill="accent4" w:themeFillShade="99"/>
      </w:tcPr>
    </w:tblStylePr>
    <w:tblStylePr w:type="band1Vert">
      <w:tblPr/>
      <w:tcPr>
        <w:shd w:val="clear" w:color="auto" w:fill="CCC1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7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basedOn w:val="TableNormal"/>
    <w:pPr>
      <w:spacing w:after="0" w:line="240" w:lineRule="auto"/>
    </w:pPr>
    <w:rPr>
      <w:color w:val="000000"/>
    </w:rPr>
    <w:tblPr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lt1"/>
        <w:insideV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lt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lt1"/>
        </w:tcBorders>
        <w:shd w:val="clear" w:color="auto" w:fill="B657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708" w:themeColor="accent6" w:themeShade="99"/>
          <w:insideV w:val="nil"/>
        </w:tcBorders>
        <w:shd w:val="clear" w:color="auto" w:fill="B657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708" w:themeFill="accent6" w:themeFillShade="99"/>
      </w:tcPr>
    </w:tblStylePr>
    <w:tblStylePr w:type="band1Vert">
      <w:tblPr/>
      <w:tcPr>
        <w:shd w:val="clear" w:color="auto" w:fill="FBD5B5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5E5" w:themeFill="dk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dk1" w:themeFillTint="3f"/>
      </w:tcPr>
    </w:tblStylePr>
    <w:tblStylePr w:type="band1Horz">
      <w:tblPr/>
      <w:tcPr>
        <w:shd w:val="clear" w:color="auto" w:fill="CBCBCB" w:themeFill="dk1" w:themeFillTint="33"/>
      </w:tcPr>
    </w:tblStylePr>
  </w:style>
  <w:style w:type="table" w:styleId="ColorfulList-Accent1">
    <w:name w:val="Colorful List Accent 1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9F3B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664F83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BF1DD" w:themeFill="accent3" w:themeFillTint="33"/>
      </w:tcPr>
    </w:tblStylePr>
  </w:style>
  <w:style w:type="table" w:styleId="ColorfulList-Accent4">
    <w:name w:val="Colorful List Accent 4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7E9D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-Accent5">
    <w:name w:val="Colorful List Accent 5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F3740B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basedOn w:val="TableNormal"/>
    <w:pPr>
      <w:spacing w:after="0" w:line="240" w:lineRule="auto"/>
    </w:pPr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lt1"/>
        </w:tcBorders>
        <w:shd w:val="clear" w:color="auto" w:fill="358EA6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dk1"/>
        </w:tcBorders>
        <w:shd w:val="clear" w:color="auto" w:fill="FFFFFF" w:themeFill="l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AD9" w:themeFill="accent6" w:themeFillTint="33"/>
      </w:tcPr>
    </w:tblStylePr>
  </w:style>
  <w:style w:type="table" w:styleId="ColorfulGrid">
    <w:name w:val="Colorful Grid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CBCBCB" w:themeFill="dk1" w:themeFillTint="33"/>
    </w:tcPr>
    <w:tblStylePr w:type="firstRow">
      <w:rPr>
        <w:b/>
        <w:bCs/>
      </w:rPr>
      <w:tblPr/>
      <w:tcPr>
        <w:shd w:val="clear" w:color="auto" w:fill="989898" w:themeFill="dk1" w:themeFillTint="66"/>
      </w:tcPr>
    </w:tblStylePr>
    <w:tblStylePr w:type="lastRow">
      <w:rPr>
        <w:b/>
        <w:bCs/>
        <w:color w:val="000000"/>
      </w:rPr>
      <w:tblPr/>
      <w:tcPr>
        <w:shd w:val="clear" w:color="auto" w:fill="989898" w:themeFill="dk1" w:themeFillTint="66"/>
      </w:tcPr>
    </w:tblStylePr>
    <w:tblStylePr w:type="firstCol">
      <w:rPr>
        <w:color w:val="FFFFFF"/>
      </w:rPr>
      <w:tblPr/>
      <w:tcPr>
        <w:shd w:val="clear" w:color="auto" w:fill="000000" w:themeFill="dk1" w:themeFillShade="bf"/>
      </w:tcPr>
    </w:tblStylePr>
    <w:tblStylePr w:type="lastCol">
      <w:rPr>
        <w:color w:val="FFFFFF"/>
      </w:rPr>
      <w:tblPr/>
      <w:tcPr>
        <w:shd w:val="clear" w:color="auto" w:fill="000000" w:themeFill="dk1" w:themeFillShade="bf"/>
      </w:tcPr>
    </w:tblStylePr>
    <w:tblStylePr w:type="band1Vert">
      <w:tblPr/>
      <w:tcPr>
        <w:shd w:val="clear" w:color="auto" w:fill="7F7F7F" w:themeFill="dk1" w:themeFillTint="7f"/>
      </w:tcPr>
    </w:tblStylePr>
    <w:tblStylePr w:type="band1Horz">
      <w:tblPr/>
      <w:tcPr>
        <w:shd w:val="clear" w:color="auto" w:fill="7F7F7F" w:themeFill="dk1" w:themeFillTint="7f"/>
      </w:tcPr>
    </w:tblStylePr>
  </w:style>
  <w:style w:type="table" w:styleId="ColorfulGrid-Accent1">
    <w:name w:val="Colorful Grid Accent 1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76092" w:themeFill="accent1" w:themeFillShade="bf"/>
      </w:tcPr>
    </w:tblStylePr>
    <w:tblStylePr w:type="lastCol">
      <w:rPr>
        <w:color w:val="FFFFFF"/>
      </w:rPr>
      <w:tblPr/>
      <w:tcPr>
        <w:shd w:val="clear" w:color="auto" w:fill="376092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-Accent2">
    <w:name w:val="Colorful Grid Accent 2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9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9B7" w:themeFill="accent2" w:themeFillTint="66"/>
      </w:tcPr>
    </w:tblStylePr>
    <w:tblStylePr w:type="firstCol">
      <w:rPr>
        <w:color w:val="FFFFFF"/>
      </w:rPr>
      <w:tblPr/>
      <w:tcPr>
        <w:shd w:val="clear" w:color="auto" w:fill="953735" w:themeFill="accent2" w:themeFillShade="bf"/>
      </w:tcPr>
    </w:tblStylePr>
    <w:tblStylePr w:type="lastCol">
      <w:rPr>
        <w:color w:val="FFFFFF"/>
      </w:rPr>
      <w:tblPr/>
      <w:tcPr>
        <w:shd w:val="clear" w:color="auto" w:fill="953735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BF1DD" w:themeFill="accent3" w:themeFillTint="33"/>
    </w:tcPr>
    <w:tblStylePr w:type="firstRow">
      <w:rPr>
        <w:b/>
        <w:bCs/>
      </w:rPr>
      <w:tblPr/>
      <w:tcPr>
        <w:shd w:val="clear" w:color="auto" w:fill="D7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7E3BC" w:themeFill="accent3" w:themeFillTint="66"/>
      </w:tcPr>
    </w:tblStylePr>
    <w:tblStylePr w:type="firstCol">
      <w:rPr>
        <w:color w:val="FFFFFF"/>
      </w:rPr>
      <w:tblPr/>
      <w:tcPr>
        <w:shd w:val="clear" w:color="auto" w:fill="76933C" w:themeFill="accent3" w:themeFillShade="bf"/>
      </w:tcPr>
    </w:tblStylePr>
    <w:tblStylePr w:type="lastCol">
      <w:rPr>
        <w:color w:val="FFFFFF"/>
      </w:rPr>
      <w:tblPr/>
      <w:tcPr>
        <w:shd w:val="clear" w:color="auto" w:fill="7693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1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1D9" w:themeFill="accent4" w:themeFillTint="66"/>
      </w:tcPr>
    </w:tblStylePr>
    <w:tblStylePr w:type="firstCol">
      <w:rPr>
        <w:color w:val="FFFFFF"/>
      </w:rPr>
      <w:tblPr/>
      <w:tcPr>
        <w:shd w:val="clear" w:color="auto" w:fill="604A7B" w:themeFill="accent4" w:themeFillShade="bf"/>
      </w:tcPr>
    </w:tblStylePr>
    <w:tblStylePr w:type="lastCol">
      <w:rPr>
        <w:color w:val="FFFFFF"/>
      </w:rPr>
      <w:tblPr/>
      <w:tcPr>
        <w:shd w:val="clear" w:color="auto" w:fill="604A7B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7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7DDE8" w:themeFill="accent5" w:themeFillTint="66"/>
      </w:tcPr>
    </w:tblStylePr>
    <w:tblStylePr w:type="firstCol">
      <w:rPr>
        <w:color w:val="FFFFFF"/>
      </w:rPr>
      <w:tblPr/>
      <w:tcPr>
        <w:shd w:val="clear" w:color="auto" w:fill="31859B" w:themeFill="accent5" w:themeFillShade="bf"/>
      </w:tcPr>
    </w:tblStylePr>
    <w:tblStylePr w:type="lastCol">
      <w:rPr>
        <w:color w:val="FFFFFF"/>
      </w:rPr>
      <w:tblPr/>
      <w:tcPr>
        <w:shd w:val="clear" w:color="auto" w:fill="3185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basedOn w:val="TableNormal"/>
    <w:pPr>
      <w:spacing w:after="0" w:line="240" w:lineRule="auto"/>
    </w:pPr>
    <w:rPr>
      <w:color w:val="000000"/>
    </w:rPr>
    <w:tblPr>
      <w:tblInd w:w="0" w:type="dxa"/>
      <w:tblBorders>
        <w:insideH w:val="single" w:sz="4" w:space="0" w:color="FFFFFF" w:themeColor="lt1"/>
      </w:tblBorders>
      <w:tblCellMar>
        <w:top w:w="0" w:type="dxa"/>
        <w:left w:w="108" w:type="dxa"/>
        <w:bottom w:w="0" w:type="dxa"/>
        <w:right w:w="108" w:type="dxa"/>
      </w:tblCellMar>
      <w:tblStyleColBandSize w:val="1"/>
      <w:tblStyleRowBandSize w:val="1"/>
    </w:tblPr>
    <w:tcPr>
      <w:shd w:val="clear" w:color="auto" w:fill="FDEAD9" w:themeFill="accent6" w:themeFillTint="33"/>
    </w:tcPr>
    <w:tblStylePr w:type="firstRow">
      <w:rPr>
        <w:b/>
        <w:bCs/>
      </w:rPr>
      <w:tblPr/>
      <w:tcPr>
        <w:shd w:val="clear" w:color="auto" w:fill="FBD5B5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5B5" w:themeFill="accent6" w:themeFillTint="66"/>
      </w:tcPr>
    </w:tblStylePr>
    <w:tblStylePr w:type="firstCol">
      <w:rPr>
        <w:color w:val="FFFFFF"/>
      </w:rPr>
      <w:tblPr/>
      <w:tcPr>
        <w:shd w:val="clear" w:color="auto" w:fill="E46C0A" w:themeFill="accent6" w:themeFillShade="bf"/>
      </w:tcPr>
    </w:tblStylePr>
    <w:tblStylePr w:type="lastCol">
      <w:rPr>
        <w:color w:val="FFFFFF"/>
      </w:rPr>
      <w:tblPr/>
      <w:tcPr>
        <w:shd w:val="clear" w:color="auto" w:fill="E4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박지연</cp:lastModifiedBy>
  <cp:revision>1</cp:revision>
  <dcterms:created xsi:type="dcterms:W3CDTF">2013-12-23T23:15:00Z</dcterms:created>
  <dcterms:modified xsi:type="dcterms:W3CDTF">2026-08-27T00:39:33Z</dcterms:modified>
  <cp:version>1100.0100.01</cp:version>
</cp:coreProperties>
</file>